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386"/>
      </w:tblGrid>
      <w:tr w:rsidR="000B6907" w:rsidRPr="000B6907" w14:paraId="4E990F51" w14:textId="77777777" w:rsidTr="00B94D5F">
        <w:trPr>
          <w:trHeight w:val="1080"/>
        </w:trPr>
        <w:tc>
          <w:tcPr>
            <w:tcW w:w="5104" w:type="dxa"/>
          </w:tcPr>
          <w:p w14:paraId="0D3BE811" w14:textId="77777777" w:rsidR="0076499B" w:rsidRPr="000B6907" w:rsidRDefault="00CC5C72" w:rsidP="008363EF">
            <w:pPr>
              <w:pStyle w:val="Heading1"/>
              <w:spacing w:before="120"/>
              <w:jc w:val="center"/>
              <w:rPr>
                <w:rFonts w:ascii="Times New Roman" w:hAnsi="Times New Roman" w:cs="Times New Roman"/>
                <w:b w:val="0"/>
                <w:color w:val="auto"/>
                <w:sz w:val="24"/>
                <w:szCs w:val="24"/>
              </w:rPr>
            </w:pPr>
            <w:r w:rsidRPr="000B6907">
              <w:rPr>
                <w:rFonts w:ascii="Times New Roman" w:hAnsi="Times New Roman" w:cs="Times New Roman"/>
                <w:b w:val="0"/>
                <w:color w:val="auto"/>
                <w:sz w:val="24"/>
                <w:szCs w:val="24"/>
              </w:rPr>
              <w:t>MINISTRY OF FINANCE</w:t>
            </w:r>
          </w:p>
          <w:p w14:paraId="4E4283C1" w14:textId="77777777" w:rsidR="00CC5C72" w:rsidRPr="000B6907" w:rsidRDefault="00B94D5F" w:rsidP="008363EF">
            <w:pPr>
              <w:spacing w:after="120"/>
              <w:jc w:val="center"/>
              <w:rPr>
                <w:rFonts w:ascii="Times New Roman" w:hAnsi="Times New Roman" w:cs="Times New Roman"/>
                <w:b/>
                <w:sz w:val="24"/>
                <w:szCs w:val="24"/>
              </w:rPr>
            </w:pPr>
            <w:r w:rsidRPr="000B6907">
              <w:rPr>
                <w:rFonts w:ascii="Times New Roman" w:hAnsi="Times New Roman" w:cs="Times New Roman"/>
                <w:b/>
                <w:noProof/>
                <w:sz w:val="24"/>
                <w:szCs w:val="24"/>
                <w:lang w:val="en-GB" w:eastAsia="en-GB"/>
              </w:rPr>
              <mc:AlternateContent>
                <mc:Choice Requires="wps">
                  <w:drawing>
                    <wp:anchor distT="0" distB="0" distL="114300" distR="114300" simplePos="0" relativeHeight="251656192" behindDoc="0" locked="0" layoutInCell="1" allowOverlap="1" wp14:anchorId="4822C949" wp14:editId="7990C52A">
                      <wp:simplePos x="0" y="0"/>
                      <wp:positionH relativeFrom="column">
                        <wp:posOffset>1082675</wp:posOffset>
                      </wp:positionH>
                      <wp:positionV relativeFrom="paragraph">
                        <wp:posOffset>300085</wp:posOffset>
                      </wp:positionV>
                      <wp:extent cx="763132" cy="0"/>
                      <wp:effectExtent l="0" t="0" r="37465" b="19050"/>
                      <wp:wrapNone/>
                      <wp:docPr id="1" name="Straight Connector 1"/>
                      <wp:cNvGraphicFramePr/>
                      <a:graphic xmlns:a="http://schemas.openxmlformats.org/drawingml/2006/main">
                        <a:graphicData uri="http://schemas.microsoft.com/office/word/2010/wordprocessingShape">
                          <wps:wsp>
                            <wps:cNvCnPr/>
                            <wps:spPr>
                              <a:xfrm>
                                <a:off x="0" y="0"/>
                                <a:ext cx="763132"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227FDA06"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25pt,23.65pt" to="145.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" strokecolor="black [3040]"/>
                  </w:pict>
                </mc:Fallback>
              </mc:AlternateContent>
            </w:r>
            <w:r w:rsidR="0076499B" w:rsidRPr="000B6907">
              <w:rPr>
                <w:rFonts w:ascii="Times New Roman" w:hAnsi="Times New Roman" w:cs="Times New Roman"/>
                <w:b/>
                <w:sz w:val="24"/>
                <w:szCs w:val="24"/>
              </w:rPr>
              <w:t>STATE SECURITIES COMMISSION</w:t>
            </w:r>
          </w:p>
        </w:tc>
        <w:tc>
          <w:tcPr>
            <w:tcW w:w="5386" w:type="dxa"/>
          </w:tcPr>
          <w:p w14:paraId="68C56A10" w14:textId="77777777" w:rsidR="00CC5C72" w:rsidRPr="000B6907" w:rsidRDefault="00C22D1B" w:rsidP="008363EF">
            <w:pPr>
              <w:pStyle w:val="Heading1"/>
              <w:spacing w:before="120"/>
              <w:jc w:val="center"/>
              <w:rPr>
                <w:rFonts w:ascii="Times New Roman" w:hAnsi="Times New Roman" w:cs="Times New Roman"/>
                <w:color w:val="auto"/>
                <w:sz w:val="24"/>
                <w:szCs w:val="24"/>
              </w:rPr>
            </w:pPr>
            <w:r w:rsidRPr="000B6907">
              <w:rPr>
                <w:rFonts w:ascii="Times New Roman" w:hAnsi="Times New Roman" w:cs="Times New Roman"/>
                <w:color w:val="auto"/>
                <w:sz w:val="24"/>
                <w:szCs w:val="24"/>
              </w:rPr>
              <w:t xml:space="preserve">THE </w:t>
            </w:r>
            <w:r w:rsidR="00CC5C72" w:rsidRPr="000B6907">
              <w:rPr>
                <w:rFonts w:ascii="Times New Roman" w:hAnsi="Times New Roman" w:cs="Times New Roman"/>
                <w:color w:val="auto"/>
                <w:sz w:val="24"/>
                <w:szCs w:val="24"/>
              </w:rPr>
              <w:t>SOCIALIST REPUBLIC OF VIETNAM</w:t>
            </w:r>
          </w:p>
          <w:p w14:paraId="7882D7AD" w14:textId="77777777" w:rsidR="00BC6DDE" w:rsidRPr="000B6907" w:rsidRDefault="00B94D5F" w:rsidP="008363EF">
            <w:pPr>
              <w:spacing w:after="120"/>
              <w:jc w:val="center"/>
              <w:rPr>
                <w:rFonts w:ascii="Times New Roman" w:hAnsi="Times New Roman" w:cs="Times New Roman"/>
                <w:b/>
                <w:sz w:val="24"/>
                <w:szCs w:val="24"/>
              </w:rPr>
            </w:pPr>
            <w:r w:rsidRPr="000B6907">
              <w:rPr>
                <w:rFonts w:ascii="Times New Roman" w:hAnsi="Times New Roman" w:cs="Times New Roman"/>
                <w:b/>
                <w:noProof/>
                <w:sz w:val="24"/>
                <w:szCs w:val="24"/>
                <w:lang w:val="en-GB" w:eastAsia="en-GB"/>
              </w:rPr>
              <mc:AlternateContent>
                <mc:Choice Requires="wps">
                  <w:drawing>
                    <wp:anchor distT="0" distB="0" distL="114300" distR="114300" simplePos="0" relativeHeight="251661312" behindDoc="0" locked="0" layoutInCell="1" allowOverlap="1" wp14:anchorId="41E8DFAF" wp14:editId="1DDA0721">
                      <wp:simplePos x="0" y="0"/>
                      <wp:positionH relativeFrom="column">
                        <wp:posOffset>696117</wp:posOffset>
                      </wp:positionH>
                      <wp:positionV relativeFrom="paragraph">
                        <wp:posOffset>300355</wp:posOffset>
                      </wp:positionV>
                      <wp:extent cx="1921707"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192170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C71EBE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8pt,23.65pt" to="206.1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" strokecolor="black [3040]"/>
                  </w:pict>
                </mc:Fallback>
              </mc:AlternateContent>
            </w:r>
            <w:r w:rsidR="00CC5C72" w:rsidRPr="000B6907">
              <w:rPr>
                <w:rFonts w:ascii="Times New Roman" w:hAnsi="Times New Roman" w:cs="Times New Roman"/>
                <w:b/>
                <w:sz w:val="24"/>
                <w:szCs w:val="24"/>
              </w:rPr>
              <w:t>Independence – Freedom – Happiness</w:t>
            </w:r>
          </w:p>
        </w:tc>
      </w:tr>
      <w:tr w:rsidR="000B6907" w:rsidRPr="000B6907" w14:paraId="37874EF7" w14:textId="77777777" w:rsidTr="00D16413">
        <w:trPr>
          <w:trHeight w:val="673"/>
        </w:trPr>
        <w:tc>
          <w:tcPr>
            <w:tcW w:w="5104" w:type="dxa"/>
          </w:tcPr>
          <w:p w14:paraId="60ED7FD9" w14:textId="1A3B084F" w:rsidR="00CC5C72" w:rsidRPr="000B6907" w:rsidRDefault="00C22D1B" w:rsidP="008363EF">
            <w:pPr>
              <w:pStyle w:val="Heading1"/>
              <w:spacing w:before="120" w:after="120"/>
              <w:jc w:val="center"/>
              <w:rPr>
                <w:rFonts w:ascii="Times New Roman" w:hAnsi="Times New Roman" w:cs="Times New Roman"/>
                <w:b w:val="0"/>
                <w:color w:val="auto"/>
                <w:sz w:val="24"/>
                <w:szCs w:val="24"/>
              </w:rPr>
            </w:pPr>
            <w:r w:rsidRPr="000B6907">
              <w:rPr>
                <w:rFonts w:ascii="Times New Roman" w:hAnsi="Times New Roman" w:cs="Times New Roman"/>
                <w:b w:val="0"/>
                <w:color w:val="auto"/>
                <w:sz w:val="24"/>
                <w:szCs w:val="24"/>
              </w:rPr>
              <w:t>No.</w:t>
            </w:r>
            <w:r w:rsidR="00CC5C72" w:rsidRPr="000B6907">
              <w:rPr>
                <w:rFonts w:ascii="Times New Roman" w:hAnsi="Times New Roman" w:cs="Times New Roman"/>
                <w:b w:val="0"/>
                <w:color w:val="auto"/>
                <w:sz w:val="24"/>
                <w:szCs w:val="24"/>
              </w:rPr>
              <w:t>:</w:t>
            </w:r>
            <w:r w:rsidR="00B94D5F" w:rsidRPr="000B6907">
              <w:rPr>
                <w:rFonts w:ascii="Times New Roman" w:hAnsi="Times New Roman" w:cs="Times New Roman"/>
                <w:b w:val="0"/>
                <w:color w:val="auto"/>
                <w:sz w:val="24"/>
                <w:szCs w:val="24"/>
              </w:rPr>
              <w:t xml:space="preserve"> </w:t>
            </w:r>
            <w:r w:rsidR="0093134A">
              <w:rPr>
                <w:rFonts w:ascii="Times New Roman" w:hAnsi="Times New Roman" w:cs="Times New Roman"/>
                <w:b w:val="0"/>
                <w:color w:val="auto"/>
                <w:sz w:val="24"/>
                <w:szCs w:val="24"/>
                <w:lang w:val="vi-VN"/>
              </w:rPr>
              <w:t>7163</w:t>
            </w:r>
            <w:r w:rsidR="00CC5C72" w:rsidRPr="000B6907">
              <w:rPr>
                <w:rFonts w:ascii="Times New Roman" w:hAnsi="Times New Roman" w:cs="Times New Roman"/>
                <w:b w:val="0"/>
                <w:color w:val="auto"/>
                <w:sz w:val="24"/>
                <w:szCs w:val="24"/>
              </w:rPr>
              <w:t>/UBCK-PTTT</w:t>
            </w:r>
          </w:p>
          <w:p w14:paraId="124E977A" w14:textId="7921F7B3" w:rsidR="00CC5C72" w:rsidRPr="000B6907" w:rsidRDefault="00D16413" w:rsidP="001016EF">
            <w:pPr>
              <w:spacing w:before="120" w:after="120"/>
              <w:jc w:val="center"/>
              <w:rPr>
                <w:rFonts w:ascii="Times New Roman" w:hAnsi="Times New Roman" w:cs="Times New Roman"/>
                <w:bCs/>
                <w:sz w:val="24"/>
                <w:szCs w:val="24"/>
              </w:rPr>
            </w:pPr>
            <w:r w:rsidRPr="000B6907">
              <w:rPr>
                <w:rFonts w:ascii="Times New Roman" w:hAnsi="Times New Roman" w:cs="Times New Roman"/>
                <w:bCs/>
                <w:sz w:val="24"/>
                <w:szCs w:val="24"/>
              </w:rPr>
              <w:t>Regar</w:t>
            </w:r>
            <w:r w:rsidR="008363EF" w:rsidRPr="000B6907">
              <w:rPr>
                <w:rFonts w:ascii="Times New Roman" w:hAnsi="Times New Roman" w:cs="Times New Roman"/>
                <w:bCs/>
                <w:sz w:val="24"/>
                <w:szCs w:val="24"/>
              </w:rPr>
              <w:t>ding the notification dossier of</w:t>
            </w:r>
            <w:r w:rsidRPr="000B6907">
              <w:rPr>
                <w:rFonts w:ascii="Times New Roman" w:hAnsi="Times New Roman" w:cs="Times New Roman"/>
                <w:bCs/>
                <w:sz w:val="24"/>
                <w:szCs w:val="24"/>
              </w:rPr>
              <w:t xml:space="preserve"> the maximum </w:t>
            </w:r>
            <w:r w:rsidR="008363EF" w:rsidRPr="000B6907">
              <w:rPr>
                <w:rFonts w:ascii="Times New Roman" w:hAnsi="Times New Roman" w:cs="Times New Roman"/>
                <w:bCs/>
                <w:sz w:val="24"/>
                <w:szCs w:val="24"/>
              </w:rPr>
              <w:t xml:space="preserve">foreign ownership ratio of </w:t>
            </w:r>
            <w:r w:rsidR="0093134A">
              <w:rPr>
                <w:rFonts w:ascii="Times New Roman" w:hAnsi="Times New Roman" w:cs="Times New Roman"/>
                <w:bCs/>
                <w:sz w:val="24"/>
                <w:szCs w:val="24"/>
              </w:rPr>
              <w:t>Vicem</w:t>
            </w:r>
            <w:r w:rsidR="0093134A">
              <w:rPr>
                <w:rFonts w:ascii="Times New Roman" w:hAnsi="Times New Roman" w:cs="Times New Roman"/>
                <w:bCs/>
                <w:sz w:val="24"/>
                <w:szCs w:val="24"/>
                <w:lang w:val="vi-VN"/>
              </w:rPr>
              <w:t xml:space="preserve"> Hai Phong Packaging</w:t>
            </w:r>
            <w:r w:rsidR="002D3A33">
              <w:rPr>
                <w:rFonts w:ascii="Times New Roman" w:hAnsi="Times New Roman" w:cs="Times New Roman"/>
                <w:bCs/>
                <w:sz w:val="24"/>
                <w:szCs w:val="24"/>
              </w:rPr>
              <w:t xml:space="preserve"> Joint Stock Company</w:t>
            </w:r>
            <w:r w:rsidR="001016EF" w:rsidRPr="001016EF">
              <w:rPr>
                <w:rFonts w:ascii="Times New Roman" w:hAnsi="Times New Roman" w:cs="Times New Roman"/>
                <w:bCs/>
                <w:sz w:val="24"/>
                <w:szCs w:val="24"/>
              </w:rPr>
              <w:t>.</w:t>
            </w:r>
          </w:p>
        </w:tc>
        <w:tc>
          <w:tcPr>
            <w:tcW w:w="5386" w:type="dxa"/>
          </w:tcPr>
          <w:p w14:paraId="6C15EF85" w14:textId="569DE4F1" w:rsidR="00CC5C72" w:rsidRPr="004750DD" w:rsidRDefault="00CC5C72" w:rsidP="008363EF">
            <w:pPr>
              <w:pStyle w:val="Heading1"/>
              <w:spacing w:before="120" w:after="120"/>
              <w:jc w:val="right"/>
              <w:rPr>
                <w:rFonts w:ascii="Times New Roman" w:hAnsi="Times New Roman" w:cs="Times New Roman"/>
                <w:b w:val="0"/>
                <w:i/>
                <w:color w:val="auto"/>
                <w:sz w:val="24"/>
                <w:szCs w:val="24"/>
              </w:rPr>
            </w:pPr>
            <w:r w:rsidRPr="004750DD">
              <w:rPr>
                <w:rFonts w:ascii="Times New Roman" w:hAnsi="Times New Roman" w:cs="Times New Roman"/>
                <w:b w:val="0"/>
                <w:i/>
                <w:color w:val="auto"/>
                <w:sz w:val="24"/>
                <w:szCs w:val="24"/>
              </w:rPr>
              <w:t xml:space="preserve">Hanoi, </w:t>
            </w:r>
            <w:r w:rsidR="002D3A33">
              <w:rPr>
                <w:rFonts w:ascii="Times New Roman" w:hAnsi="Times New Roman" w:cs="Times New Roman"/>
                <w:b w:val="0"/>
                <w:i/>
                <w:color w:val="auto"/>
                <w:sz w:val="24"/>
                <w:szCs w:val="24"/>
              </w:rPr>
              <w:t>July</w:t>
            </w:r>
            <w:r w:rsidR="00932E62">
              <w:rPr>
                <w:rFonts w:ascii="Times New Roman" w:hAnsi="Times New Roman" w:cs="Times New Roman"/>
                <w:b w:val="0"/>
                <w:i/>
                <w:color w:val="auto"/>
                <w:sz w:val="24"/>
                <w:szCs w:val="24"/>
              </w:rPr>
              <w:t xml:space="preserve"> </w:t>
            </w:r>
            <w:r w:rsidR="0093134A">
              <w:rPr>
                <w:rFonts w:ascii="Times New Roman" w:hAnsi="Times New Roman" w:cs="Times New Roman"/>
                <w:b w:val="0"/>
                <w:i/>
                <w:color w:val="auto"/>
                <w:sz w:val="24"/>
                <w:szCs w:val="24"/>
                <w:lang w:val="vi-VN"/>
              </w:rPr>
              <w:t>3</w:t>
            </w:r>
            <w:r w:rsidR="002D3A33">
              <w:rPr>
                <w:rFonts w:ascii="Times New Roman" w:hAnsi="Times New Roman" w:cs="Times New Roman"/>
                <w:b w:val="0"/>
                <w:i/>
                <w:color w:val="auto"/>
                <w:sz w:val="24"/>
                <w:szCs w:val="24"/>
              </w:rPr>
              <w:t>1</w:t>
            </w:r>
            <w:r w:rsidRPr="004750DD">
              <w:rPr>
                <w:rFonts w:ascii="Times New Roman" w:hAnsi="Times New Roman" w:cs="Times New Roman"/>
                <w:b w:val="0"/>
                <w:i/>
                <w:color w:val="auto"/>
                <w:sz w:val="24"/>
                <w:szCs w:val="24"/>
              </w:rPr>
              <w:t>, 2026</w:t>
            </w:r>
          </w:p>
          <w:p w14:paraId="2092B71B" w14:textId="77777777" w:rsidR="00CC5C72" w:rsidRPr="000B6907" w:rsidRDefault="00CC5C72" w:rsidP="008363EF">
            <w:pPr>
              <w:pStyle w:val="Heading1"/>
              <w:spacing w:before="120" w:after="120"/>
              <w:jc w:val="right"/>
              <w:rPr>
                <w:rFonts w:ascii="Times New Roman" w:hAnsi="Times New Roman" w:cs="Times New Roman"/>
                <w:color w:val="auto"/>
                <w:sz w:val="24"/>
                <w:szCs w:val="24"/>
              </w:rPr>
            </w:pPr>
          </w:p>
        </w:tc>
      </w:tr>
    </w:tbl>
    <w:p w14:paraId="5CED307F" w14:textId="77777777" w:rsidR="00223E7D" w:rsidRPr="000B6907" w:rsidRDefault="009A11B4" w:rsidP="00A27BE1">
      <w:pPr>
        <w:spacing w:before="360" w:after="120" w:line="288" w:lineRule="auto"/>
        <w:ind w:left="720" w:firstLine="720"/>
        <w:rPr>
          <w:rFonts w:ascii="Times New Roman" w:hAnsi="Times New Roman" w:cs="Times New Roman"/>
          <w:sz w:val="24"/>
          <w:szCs w:val="24"/>
        </w:rPr>
      </w:pPr>
      <w:r w:rsidRPr="000B6907">
        <w:rPr>
          <w:rFonts w:ascii="Times New Roman" w:hAnsi="Times New Roman" w:cs="Times New Roman"/>
          <w:sz w:val="24"/>
          <w:szCs w:val="24"/>
        </w:rPr>
        <w:t>To:</w:t>
      </w:r>
    </w:p>
    <w:p w14:paraId="126A5F04" w14:textId="7F719363" w:rsidR="00223E7D" w:rsidRPr="000B6907" w:rsidRDefault="00976BB4" w:rsidP="00BC6DDE">
      <w:pPr>
        <w:spacing w:before="120" w:after="120" w:line="288" w:lineRule="auto"/>
        <w:ind w:left="1440" w:firstLine="720"/>
        <w:rPr>
          <w:rFonts w:ascii="Times New Roman" w:hAnsi="Times New Roman" w:cs="Times New Roman"/>
          <w:sz w:val="24"/>
          <w:szCs w:val="24"/>
        </w:rPr>
      </w:pPr>
      <w:r w:rsidRPr="000B6907">
        <w:rPr>
          <w:rFonts w:ascii="Times New Roman" w:hAnsi="Times New Roman" w:cs="Times New Roman"/>
          <w:sz w:val="24"/>
          <w:szCs w:val="24"/>
        </w:rPr>
        <w:t xml:space="preserve">- </w:t>
      </w:r>
      <w:r w:rsidR="0093134A">
        <w:rPr>
          <w:rFonts w:ascii="Times New Roman" w:hAnsi="Times New Roman" w:cs="Times New Roman"/>
          <w:bCs/>
          <w:sz w:val="24"/>
          <w:szCs w:val="24"/>
        </w:rPr>
        <w:t>Vicem</w:t>
      </w:r>
      <w:r w:rsidR="0093134A">
        <w:rPr>
          <w:rFonts w:ascii="Times New Roman" w:hAnsi="Times New Roman" w:cs="Times New Roman"/>
          <w:bCs/>
          <w:sz w:val="24"/>
          <w:szCs w:val="24"/>
          <w:lang w:val="vi-VN"/>
        </w:rPr>
        <w:t xml:space="preserve"> Hai Phong Packaging</w:t>
      </w:r>
      <w:r w:rsidR="0093134A">
        <w:rPr>
          <w:rFonts w:ascii="Times New Roman" w:hAnsi="Times New Roman" w:cs="Times New Roman"/>
          <w:bCs/>
          <w:sz w:val="24"/>
          <w:szCs w:val="24"/>
        </w:rPr>
        <w:t xml:space="preserve"> Joint Stock Company</w:t>
      </w:r>
      <w:r w:rsidR="00964456" w:rsidRPr="000B6907">
        <w:rPr>
          <w:rFonts w:ascii="Times New Roman" w:hAnsi="Times New Roman" w:cs="Times New Roman"/>
          <w:sz w:val="24"/>
          <w:szCs w:val="24"/>
        </w:rPr>
        <w:t>;</w:t>
      </w:r>
    </w:p>
    <w:p w14:paraId="15CBDEFE" w14:textId="77777777" w:rsidR="00964456" w:rsidRPr="000B6907" w:rsidRDefault="00964456" w:rsidP="00BC6DDE">
      <w:pPr>
        <w:spacing w:before="120" w:after="120" w:line="288" w:lineRule="auto"/>
        <w:ind w:left="1440" w:firstLine="720"/>
        <w:rPr>
          <w:rFonts w:ascii="Times New Roman" w:hAnsi="Times New Roman" w:cs="Times New Roman"/>
          <w:sz w:val="24"/>
          <w:szCs w:val="24"/>
        </w:rPr>
      </w:pPr>
      <w:r w:rsidRPr="000B6907">
        <w:rPr>
          <w:rFonts w:ascii="Times New Roman" w:hAnsi="Times New Roman" w:cs="Times New Roman"/>
          <w:sz w:val="24"/>
          <w:szCs w:val="24"/>
        </w:rPr>
        <w:t>- Vietnam Securities Depository and Clearing Corporation.</w:t>
      </w:r>
    </w:p>
    <w:p w14:paraId="49367523" w14:textId="77777777" w:rsidR="00C81924" w:rsidRPr="000B6907" w:rsidRDefault="00C81924" w:rsidP="00BC6DDE">
      <w:pPr>
        <w:spacing w:before="120" w:after="120" w:line="288" w:lineRule="auto"/>
        <w:ind w:left="1440" w:firstLine="720"/>
        <w:rPr>
          <w:rFonts w:ascii="Times New Roman" w:hAnsi="Times New Roman" w:cs="Times New Roman"/>
          <w:sz w:val="24"/>
          <w:szCs w:val="24"/>
        </w:rPr>
      </w:pPr>
    </w:p>
    <w:p w14:paraId="4938A8C4" w14:textId="3D7D7201" w:rsidR="00223E7D" w:rsidRPr="000B6907" w:rsidRDefault="00976BB4" w:rsidP="00BC6DDE">
      <w:pPr>
        <w:spacing w:before="120" w:after="120" w:line="288" w:lineRule="auto"/>
        <w:ind w:firstLine="720"/>
        <w:jc w:val="both"/>
        <w:rPr>
          <w:rFonts w:ascii="Times New Roman" w:hAnsi="Times New Roman" w:cs="Times New Roman"/>
          <w:sz w:val="24"/>
          <w:szCs w:val="24"/>
        </w:rPr>
      </w:pPr>
      <w:r w:rsidRPr="000B6907">
        <w:rPr>
          <w:rFonts w:ascii="Times New Roman" w:hAnsi="Times New Roman" w:cs="Times New Roman"/>
          <w:sz w:val="24"/>
          <w:szCs w:val="24"/>
        </w:rPr>
        <w:t xml:space="preserve">The State Securities Commission (SSC) has received </w:t>
      </w:r>
      <w:r w:rsidR="00B94D5F" w:rsidRPr="000B6907">
        <w:rPr>
          <w:rFonts w:ascii="Times New Roman" w:hAnsi="Times New Roman" w:cs="Times New Roman"/>
          <w:sz w:val="24"/>
          <w:szCs w:val="24"/>
        </w:rPr>
        <w:t xml:space="preserve">the </w:t>
      </w:r>
      <w:r w:rsidR="00B94D5F" w:rsidRPr="000B6907">
        <w:rPr>
          <w:rFonts w:ascii="Times New Roman" w:hAnsi="Times New Roman" w:cs="Times New Roman"/>
          <w:bCs/>
          <w:sz w:val="24"/>
          <w:szCs w:val="24"/>
        </w:rPr>
        <w:t>notification dossier of the maximum foreign ownership ratio</w:t>
      </w:r>
      <w:r w:rsidRPr="000B6907">
        <w:rPr>
          <w:rFonts w:ascii="Times New Roman" w:hAnsi="Times New Roman" w:cs="Times New Roman"/>
          <w:sz w:val="24"/>
          <w:szCs w:val="24"/>
        </w:rPr>
        <w:t xml:space="preserve"> </w:t>
      </w:r>
      <w:r w:rsidR="00932E62">
        <w:rPr>
          <w:rFonts w:ascii="Times New Roman" w:hAnsi="Times New Roman" w:cs="Times New Roman"/>
          <w:sz w:val="24"/>
          <w:szCs w:val="24"/>
        </w:rPr>
        <w:t xml:space="preserve">No. </w:t>
      </w:r>
      <w:r w:rsidR="0093134A">
        <w:rPr>
          <w:rFonts w:ascii="Times New Roman" w:hAnsi="Times New Roman" w:cs="Times New Roman"/>
          <w:sz w:val="24"/>
          <w:szCs w:val="24"/>
          <w:lang w:val="vi-VN"/>
        </w:rPr>
        <w:t>434/BXH</w:t>
      </w:r>
      <w:r w:rsidR="00932E62">
        <w:rPr>
          <w:rFonts w:ascii="Times New Roman" w:hAnsi="Times New Roman" w:cs="Times New Roman"/>
          <w:sz w:val="24"/>
          <w:szCs w:val="24"/>
        </w:rPr>
        <w:t xml:space="preserve"> </w:t>
      </w:r>
      <w:r w:rsidRPr="000B6907">
        <w:rPr>
          <w:rFonts w:ascii="Times New Roman" w:hAnsi="Times New Roman" w:cs="Times New Roman"/>
          <w:sz w:val="24"/>
          <w:szCs w:val="24"/>
        </w:rPr>
        <w:t xml:space="preserve">dated </w:t>
      </w:r>
      <w:r w:rsidR="002D3A33">
        <w:rPr>
          <w:rFonts w:ascii="Times New Roman" w:hAnsi="Times New Roman" w:cs="Times New Roman"/>
          <w:sz w:val="24"/>
          <w:szCs w:val="24"/>
        </w:rPr>
        <w:t xml:space="preserve">July </w:t>
      </w:r>
      <w:r w:rsidR="0093134A">
        <w:rPr>
          <w:rFonts w:ascii="Times New Roman" w:hAnsi="Times New Roman" w:cs="Times New Roman"/>
          <w:sz w:val="24"/>
          <w:szCs w:val="24"/>
          <w:lang w:val="vi-VN"/>
        </w:rPr>
        <w:t>22</w:t>
      </w:r>
      <w:r w:rsidR="00B94D5F" w:rsidRPr="000B6907">
        <w:rPr>
          <w:rFonts w:ascii="Times New Roman" w:hAnsi="Times New Roman" w:cs="Times New Roman"/>
          <w:sz w:val="24"/>
          <w:szCs w:val="24"/>
        </w:rPr>
        <w:t>, 2026</w:t>
      </w:r>
      <w:r w:rsidRPr="000B6907">
        <w:rPr>
          <w:rFonts w:ascii="Times New Roman" w:hAnsi="Times New Roman" w:cs="Times New Roman"/>
          <w:sz w:val="24"/>
          <w:szCs w:val="24"/>
        </w:rPr>
        <w:t xml:space="preserve">, </w:t>
      </w:r>
      <w:r w:rsidR="00B94D5F" w:rsidRPr="000B6907">
        <w:rPr>
          <w:rFonts w:ascii="Times New Roman" w:hAnsi="Times New Roman" w:cs="Times New Roman"/>
          <w:sz w:val="24"/>
          <w:szCs w:val="24"/>
        </w:rPr>
        <w:t xml:space="preserve">regarding the notification of the maximum foreign ownership ratio limit at 0% from </w:t>
      </w:r>
      <w:r w:rsidR="0093134A">
        <w:rPr>
          <w:rFonts w:ascii="Times New Roman" w:hAnsi="Times New Roman" w:cs="Times New Roman"/>
          <w:bCs/>
          <w:sz w:val="24"/>
          <w:szCs w:val="24"/>
        </w:rPr>
        <w:t>Vicem</w:t>
      </w:r>
      <w:r w:rsidR="0093134A">
        <w:rPr>
          <w:rFonts w:ascii="Times New Roman" w:hAnsi="Times New Roman" w:cs="Times New Roman"/>
          <w:bCs/>
          <w:sz w:val="24"/>
          <w:szCs w:val="24"/>
          <w:lang w:val="vi-VN"/>
        </w:rPr>
        <w:t xml:space="preserve"> Hai Phong Packaging</w:t>
      </w:r>
      <w:r w:rsidR="0093134A">
        <w:rPr>
          <w:rFonts w:ascii="Times New Roman" w:hAnsi="Times New Roman" w:cs="Times New Roman"/>
          <w:bCs/>
          <w:sz w:val="24"/>
          <w:szCs w:val="24"/>
        </w:rPr>
        <w:t xml:space="preserve"> Joint Stock Company</w:t>
      </w:r>
      <w:r w:rsidR="002D3A33">
        <w:rPr>
          <w:rFonts w:ascii="Times New Roman" w:hAnsi="Times New Roman" w:cs="Times New Roman"/>
          <w:bCs/>
          <w:sz w:val="24"/>
          <w:szCs w:val="24"/>
        </w:rPr>
        <w:t xml:space="preserve"> </w:t>
      </w:r>
      <w:r w:rsidR="00B94D5F" w:rsidRPr="000B6907">
        <w:rPr>
          <w:rFonts w:ascii="Times New Roman" w:hAnsi="Times New Roman" w:cs="Times New Roman"/>
          <w:sz w:val="24"/>
          <w:szCs w:val="24"/>
        </w:rPr>
        <w:t>(the Company) (</w:t>
      </w:r>
      <w:r w:rsidR="004D5A8F" w:rsidRPr="000B6907">
        <w:rPr>
          <w:rFonts w:ascii="Times New Roman" w:hAnsi="Times New Roman" w:cs="Times New Roman"/>
          <w:sz w:val="24"/>
          <w:szCs w:val="24"/>
        </w:rPr>
        <w:t>HNX</w:t>
      </w:r>
      <w:r w:rsidR="00B94D5F" w:rsidRPr="000B6907">
        <w:rPr>
          <w:rFonts w:ascii="Times New Roman" w:hAnsi="Times New Roman" w:cs="Times New Roman"/>
          <w:sz w:val="24"/>
          <w:szCs w:val="24"/>
        </w:rPr>
        <w:t xml:space="preserve">: </w:t>
      </w:r>
      <w:r w:rsidR="0093134A">
        <w:rPr>
          <w:rFonts w:ascii="Times New Roman" w:hAnsi="Times New Roman" w:cs="Times New Roman"/>
          <w:sz w:val="24"/>
          <w:szCs w:val="24"/>
        </w:rPr>
        <w:t>BXH</w:t>
      </w:r>
      <w:r w:rsidR="00B94D5F" w:rsidRPr="000B6907">
        <w:rPr>
          <w:rFonts w:ascii="Times New Roman" w:hAnsi="Times New Roman" w:cs="Times New Roman"/>
          <w:sz w:val="24"/>
          <w:szCs w:val="24"/>
        </w:rPr>
        <w:t>)</w:t>
      </w:r>
      <w:r w:rsidRPr="000B6907">
        <w:rPr>
          <w:rFonts w:ascii="Times New Roman" w:hAnsi="Times New Roman" w:cs="Times New Roman"/>
          <w:sz w:val="24"/>
          <w:szCs w:val="24"/>
        </w:rPr>
        <w:t>. The SSC has the following opinion:</w:t>
      </w:r>
    </w:p>
    <w:p w14:paraId="1DAF3402" w14:textId="77777777" w:rsidR="00223E7D" w:rsidRDefault="00976BB4" w:rsidP="00BC6DDE">
      <w:pPr>
        <w:spacing w:before="120" w:after="120" w:line="288" w:lineRule="auto"/>
        <w:ind w:firstLine="720"/>
        <w:jc w:val="both"/>
        <w:rPr>
          <w:rFonts w:ascii="Times New Roman" w:hAnsi="Times New Roman" w:cs="Times New Roman"/>
          <w:sz w:val="24"/>
          <w:szCs w:val="24"/>
        </w:rPr>
      </w:pPr>
      <w:r w:rsidRPr="000B6907">
        <w:rPr>
          <w:rFonts w:ascii="Times New Roman" w:hAnsi="Times New Roman" w:cs="Times New Roman"/>
          <w:sz w:val="24"/>
          <w:szCs w:val="24"/>
        </w:rPr>
        <w:t>1. Organizations and individuals participating in the dossier preparation process are legally responsible for the legality, accuracy, truthfulness, and completeness of the dossier as stipulated in Clause 1, Article 11a of the Law</w:t>
      </w:r>
      <w:r w:rsidR="00A56917" w:rsidRPr="000B6907">
        <w:rPr>
          <w:rFonts w:ascii="Times New Roman" w:hAnsi="Times New Roman" w:cs="Times New Roman"/>
          <w:sz w:val="24"/>
          <w:szCs w:val="24"/>
        </w:rPr>
        <w:t xml:space="preserve"> on Securities</w:t>
      </w:r>
      <w:r w:rsidR="00932E62">
        <w:rPr>
          <w:rFonts w:ascii="Times New Roman" w:hAnsi="Times New Roman" w:cs="Times New Roman"/>
          <w:sz w:val="24"/>
          <w:szCs w:val="24"/>
        </w:rPr>
        <w:t xml:space="preserve"> No. 54/2019/QH14 (</w:t>
      </w:r>
      <w:r w:rsidRPr="000B6907">
        <w:rPr>
          <w:rFonts w:ascii="Times New Roman" w:hAnsi="Times New Roman" w:cs="Times New Roman"/>
          <w:sz w:val="24"/>
          <w:szCs w:val="24"/>
        </w:rPr>
        <w:t xml:space="preserve">amended and supplemented by </w:t>
      </w:r>
      <w:r w:rsidR="00932E62" w:rsidRPr="000B6907">
        <w:rPr>
          <w:rFonts w:ascii="Times New Roman" w:hAnsi="Times New Roman" w:cs="Times New Roman"/>
          <w:sz w:val="24"/>
          <w:szCs w:val="24"/>
        </w:rPr>
        <w:t xml:space="preserve">Clause </w:t>
      </w:r>
      <w:r w:rsidR="00932E62">
        <w:rPr>
          <w:rFonts w:ascii="Times New Roman" w:hAnsi="Times New Roman" w:cs="Times New Roman"/>
          <w:sz w:val="24"/>
          <w:szCs w:val="24"/>
        </w:rPr>
        <w:t>4</w:t>
      </w:r>
      <w:r w:rsidR="00932E62" w:rsidRPr="000B6907">
        <w:rPr>
          <w:rFonts w:ascii="Times New Roman" w:hAnsi="Times New Roman" w:cs="Times New Roman"/>
          <w:sz w:val="24"/>
          <w:szCs w:val="24"/>
        </w:rPr>
        <w:t xml:space="preserve">, Article </w:t>
      </w:r>
      <w:r w:rsidR="00932E62">
        <w:rPr>
          <w:rFonts w:ascii="Times New Roman" w:hAnsi="Times New Roman" w:cs="Times New Roman"/>
          <w:sz w:val="24"/>
          <w:szCs w:val="24"/>
        </w:rPr>
        <w:t>1</w:t>
      </w:r>
      <w:r w:rsidR="00932E62" w:rsidRPr="000B6907">
        <w:rPr>
          <w:rFonts w:ascii="Times New Roman" w:hAnsi="Times New Roman" w:cs="Times New Roman"/>
          <w:sz w:val="24"/>
          <w:szCs w:val="24"/>
        </w:rPr>
        <w:t xml:space="preserve"> </w:t>
      </w:r>
      <w:r w:rsidRPr="000B6907">
        <w:rPr>
          <w:rFonts w:ascii="Times New Roman" w:hAnsi="Times New Roman" w:cs="Times New Roman"/>
          <w:sz w:val="24"/>
          <w:szCs w:val="24"/>
        </w:rPr>
        <w:t>Law No. 56/20</w:t>
      </w:r>
      <w:r w:rsidR="00932E62">
        <w:rPr>
          <w:rFonts w:ascii="Times New Roman" w:hAnsi="Times New Roman" w:cs="Times New Roman"/>
          <w:sz w:val="24"/>
          <w:szCs w:val="24"/>
        </w:rPr>
        <w:t xml:space="preserve">24/QH15) </w:t>
      </w:r>
      <w:r w:rsidRPr="000B6907">
        <w:rPr>
          <w:rFonts w:ascii="Times New Roman" w:hAnsi="Times New Roman" w:cs="Times New Roman"/>
          <w:sz w:val="24"/>
          <w:szCs w:val="24"/>
        </w:rPr>
        <w:t xml:space="preserve">and are responsible for the results of the review of the </w:t>
      </w:r>
      <w:r w:rsidR="00A56917" w:rsidRPr="000B6907">
        <w:rPr>
          <w:rFonts w:ascii="Times New Roman" w:hAnsi="Times New Roman" w:cs="Times New Roman"/>
          <w:bCs/>
          <w:sz w:val="24"/>
          <w:szCs w:val="24"/>
        </w:rPr>
        <w:t xml:space="preserve">maximum foreign ownership ratio </w:t>
      </w:r>
      <w:r w:rsidRPr="000B6907">
        <w:rPr>
          <w:rFonts w:ascii="Times New Roman" w:hAnsi="Times New Roman" w:cs="Times New Roman"/>
          <w:sz w:val="24"/>
          <w:szCs w:val="24"/>
        </w:rPr>
        <w:t>in the Company as prescribed by law.</w:t>
      </w:r>
    </w:p>
    <w:p w14:paraId="656AEB2B" w14:textId="77777777" w:rsidR="00932E62" w:rsidRPr="000B6907" w:rsidRDefault="00932E62" w:rsidP="00BC6DDE">
      <w:pPr>
        <w:spacing w:before="120" w:after="120" w:line="288" w:lineRule="auto"/>
        <w:ind w:firstLine="720"/>
        <w:jc w:val="both"/>
        <w:rPr>
          <w:rFonts w:ascii="Times New Roman" w:hAnsi="Times New Roman" w:cs="Times New Roman"/>
          <w:sz w:val="24"/>
          <w:szCs w:val="24"/>
        </w:rPr>
      </w:pPr>
      <w:r w:rsidRPr="00932E62">
        <w:rPr>
          <w:rFonts w:ascii="Times New Roman" w:hAnsi="Times New Roman" w:cs="Times New Roman"/>
          <w:sz w:val="24"/>
          <w:szCs w:val="24"/>
        </w:rPr>
        <w:t>In the event that the Company's current foreign ownership ratio exceeds the foreign ownership limit prescribed by law, the Company shall comply with the provisions of Clause 5, Article 139 of Government Decree No. 155/2020/ND-CP dated December 31, 2020, detailing the implementation of a number of articles of the Law on Securities, as amended and supplemented by Government Decree No. 245/2025/ND-CP.</w:t>
      </w:r>
    </w:p>
    <w:p w14:paraId="51CCC489" w14:textId="77777777" w:rsidR="00223E7D" w:rsidRPr="000B6907" w:rsidRDefault="00976BB4" w:rsidP="00BC6DDE">
      <w:pPr>
        <w:spacing w:before="120" w:after="120" w:line="288" w:lineRule="auto"/>
        <w:ind w:firstLine="720"/>
        <w:jc w:val="both"/>
        <w:rPr>
          <w:rFonts w:ascii="Times New Roman" w:hAnsi="Times New Roman" w:cs="Times New Roman"/>
          <w:sz w:val="24"/>
          <w:szCs w:val="24"/>
        </w:rPr>
      </w:pPr>
      <w:r w:rsidRPr="000B6907">
        <w:rPr>
          <w:rFonts w:ascii="Times New Roman" w:hAnsi="Times New Roman" w:cs="Times New Roman"/>
          <w:sz w:val="24"/>
          <w:szCs w:val="24"/>
        </w:rPr>
        <w:t>2. The State Securities</w:t>
      </w:r>
      <w:r w:rsidR="009A11B4" w:rsidRPr="000B6907">
        <w:rPr>
          <w:rFonts w:ascii="Times New Roman" w:hAnsi="Times New Roman" w:cs="Times New Roman"/>
          <w:sz w:val="24"/>
          <w:szCs w:val="24"/>
        </w:rPr>
        <w:t xml:space="preserve"> Commission </w:t>
      </w:r>
      <w:r w:rsidRPr="000B6907">
        <w:rPr>
          <w:rFonts w:ascii="Times New Roman" w:hAnsi="Times New Roman" w:cs="Times New Roman"/>
          <w:sz w:val="24"/>
          <w:szCs w:val="24"/>
        </w:rPr>
        <w:t>requests the Company to fulfill its information disclosure obligations as stipulated in Clause 2, Article 13 of Circular No. 96/2020/TT-BTC</w:t>
      </w:r>
      <w:r w:rsidR="00B94D5F" w:rsidRPr="000B6907">
        <w:rPr>
          <w:rFonts w:ascii="Times New Roman" w:hAnsi="Times New Roman" w:cs="Times New Roman"/>
          <w:sz w:val="24"/>
          <w:szCs w:val="24"/>
        </w:rPr>
        <w:t xml:space="preserve"> </w:t>
      </w:r>
      <w:r w:rsidR="0099091F" w:rsidRPr="000B6907">
        <w:rPr>
          <w:rFonts w:ascii="Times New Roman" w:hAnsi="Times New Roman" w:cs="Times New Roman"/>
          <w:sz w:val="24"/>
          <w:szCs w:val="24"/>
        </w:rPr>
        <w:t xml:space="preserve">dated November 16, 2020 </w:t>
      </w:r>
      <w:r w:rsidR="00DD66EA" w:rsidRPr="000B6907">
        <w:rPr>
          <w:rFonts w:ascii="Times New Roman" w:hAnsi="Times New Roman" w:cs="Times New Roman"/>
          <w:sz w:val="24"/>
          <w:szCs w:val="24"/>
        </w:rPr>
        <w:t xml:space="preserve">of the Minister of Finance </w:t>
      </w:r>
      <w:r w:rsidR="00B94D5F" w:rsidRPr="000B6907">
        <w:rPr>
          <w:rFonts w:ascii="Times New Roman" w:hAnsi="Times New Roman" w:cs="Times New Roman"/>
          <w:sz w:val="24"/>
          <w:szCs w:val="24"/>
        </w:rPr>
        <w:t>guiding the disclosure of information on the securities market</w:t>
      </w:r>
      <w:r w:rsidR="00932E62">
        <w:rPr>
          <w:rFonts w:ascii="Times New Roman" w:hAnsi="Times New Roman" w:cs="Times New Roman"/>
          <w:sz w:val="24"/>
          <w:szCs w:val="24"/>
        </w:rPr>
        <w:t xml:space="preserve"> </w:t>
      </w:r>
      <w:r w:rsidRPr="000B6907">
        <w:rPr>
          <w:rFonts w:ascii="Times New Roman" w:hAnsi="Times New Roman" w:cs="Times New Roman"/>
          <w:sz w:val="24"/>
          <w:szCs w:val="24"/>
        </w:rPr>
        <w:t xml:space="preserve">and to comply with legal regulations on </w:t>
      </w:r>
      <w:r w:rsidR="00B94D5F" w:rsidRPr="000B6907">
        <w:rPr>
          <w:rFonts w:ascii="Times New Roman" w:hAnsi="Times New Roman" w:cs="Times New Roman"/>
          <w:bCs/>
          <w:sz w:val="24"/>
          <w:szCs w:val="24"/>
        </w:rPr>
        <w:t xml:space="preserve">maximum </w:t>
      </w:r>
      <w:r w:rsidRPr="000B6907">
        <w:rPr>
          <w:rFonts w:ascii="Times New Roman" w:hAnsi="Times New Roman" w:cs="Times New Roman"/>
          <w:sz w:val="24"/>
          <w:szCs w:val="24"/>
        </w:rPr>
        <w:t>foreign ownership ratios in the Vietnamese securities market.</w:t>
      </w:r>
    </w:p>
    <w:p w14:paraId="379C9589" w14:textId="77777777" w:rsidR="00223E7D" w:rsidRPr="000B6907" w:rsidRDefault="00976BB4" w:rsidP="00BC6DDE">
      <w:pPr>
        <w:spacing w:before="120" w:after="120" w:line="288" w:lineRule="auto"/>
        <w:ind w:firstLine="720"/>
        <w:jc w:val="both"/>
        <w:rPr>
          <w:rFonts w:ascii="Times New Roman" w:hAnsi="Times New Roman" w:cs="Times New Roman"/>
          <w:sz w:val="24"/>
          <w:szCs w:val="24"/>
        </w:rPr>
      </w:pPr>
      <w:r w:rsidRPr="000B6907">
        <w:rPr>
          <w:rFonts w:ascii="Times New Roman" w:hAnsi="Times New Roman" w:cs="Times New Roman"/>
          <w:sz w:val="24"/>
          <w:szCs w:val="24"/>
        </w:rPr>
        <w:t>3. The Vietnam Securities Depository and Clearing Corporation shall update and adjust the system regarding the ma</w:t>
      </w:r>
      <w:r w:rsidR="00B94D5F" w:rsidRPr="000B6907">
        <w:rPr>
          <w:rFonts w:ascii="Times New Roman" w:hAnsi="Times New Roman" w:cs="Times New Roman"/>
          <w:sz w:val="24"/>
          <w:szCs w:val="24"/>
        </w:rPr>
        <w:t>ximum foreign ownership ratio of</w:t>
      </w:r>
      <w:r w:rsidRPr="000B6907">
        <w:rPr>
          <w:rFonts w:ascii="Times New Roman" w:hAnsi="Times New Roman" w:cs="Times New Roman"/>
          <w:sz w:val="24"/>
          <w:szCs w:val="24"/>
        </w:rPr>
        <w:t xml:space="preserve"> the Company in accordance with the provisions of Clause 4, Article 142 of Decree No. 155/2020/ND-CP, as amended and supplemented by Decree No. 245/2025/ND-CP.</w:t>
      </w:r>
    </w:p>
    <w:p w14:paraId="0D21737A" w14:textId="77777777" w:rsidR="00CC5C72" w:rsidRPr="000B6907" w:rsidRDefault="00CC5C72" w:rsidP="00BC6DDE">
      <w:pPr>
        <w:spacing w:before="120" w:after="120" w:line="288" w:lineRule="auto"/>
        <w:ind w:firstLine="720"/>
        <w:jc w:val="both"/>
        <w:rPr>
          <w:rFonts w:ascii="Times New Roman" w:hAnsi="Times New Roman" w:cs="Times New Roman"/>
          <w:sz w:val="24"/>
          <w:szCs w:val="24"/>
        </w:rPr>
      </w:pPr>
      <w:r w:rsidRPr="000B6907">
        <w:rPr>
          <w:rFonts w:ascii="Times New Roman" w:hAnsi="Times New Roman" w:cs="Times New Roman"/>
          <w:sz w:val="24"/>
          <w:szCs w:val="24"/>
        </w:rPr>
        <w:lastRenderedPageBreak/>
        <w:t>The State Securities Commission hereby informs the Company, the Vietnam Securities Depository and Clearing Corporation, and related entities to be aware of and comply with the regulations./.</w:t>
      </w:r>
    </w:p>
    <w:p w14:paraId="5757C677" w14:textId="77777777" w:rsidR="001F2676" w:rsidRPr="000B6907" w:rsidRDefault="001F2676" w:rsidP="00BC6DDE">
      <w:pPr>
        <w:spacing w:before="120" w:after="120" w:line="288" w:lineRule="auto"/>
        <w:ind w:firstLine="720"/>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5542"/>
      </w:tblGrid>
      <w:tr w:rsidR="001F2676" w:rsidRPr="000B6907" w14:paraId="42D9D318" w14:textId="77777777" w:rsidTr="00A27BE1">
        <w:tc>
          <w:tcPr>
            <w:tcW w:w="2133" w:type="pct"/>
          </w:tcPr>
          <w:p w14:paraId="5D65B771" w14:textId="77777777" w:rsidR="001F2676" w:rsidRPr="000B6907" w:rsidRDefault="001F2676" w:rsidP="00A56917">
            <w:pPr>
              <w:jc w:val="both"/>
              <w:rPr>
                <w:rFonts w:ascii="Times New Roman" w:hAnsi="Times New Roman" w:cs="Times New Roman"/>
                <w:b/>
                <w:i/>
                <w:sz w:val="24"/>
                <w:szCs w:val="24"/>
              </w:rPr>
            </w:pPr>
            <w:r w:rsidRPr="000B6907">
              <w:rPr>
                <w:rFonts w:ascii="Times New Roman" w:hAnsi="Times New Roman" w:cs="Times New Roman"/>
                <w:b/>
                <w:i/>
                <w:sz w:val="24"/>
                <w:szCs w:val="24"/>
              </w:rPr>
              <w:t>Recipient</w:t>
            </w:r>
            <w:r w:rsidR="00121C5B">
              <w:rPr>
                <w:rFonts w:ascii="Times New Roman" w:hAnsi="Times New Roman" w:cs="Times New Roman"/>
                <w:b/>
                <w:i/>
                <w:sz w:val="24"/>
                <w:szCs w:val="24"/>
              </w:rPr>
              <w:t>s</w:t>
            </w:r>
            <w:r w:rsidRPr="000B6907">
              <w:rPr>
                <w:rFonts w:ascii="Times New Roman" w:hAnsi="Times New Roman" w:cs="Times New Roman"/>
                <w:b/>
                <w:i/>
                <w:sz w:val="24"/>
                <w:szCs w:val="24"/>
              </w:rPr>
              <w:t>:</w:t>
            </w:r>
          </w:p>
          <w:p w14:paraId="223B5FB1" w14:textId="77777777" w:rsidR="001F2676" w:rsidRPr="000B6907" w:rsidRDefault="001F2676" w:rsidP="00A56917">
            <w:pPr>
              <w:jc w:val="both"/>
              <w:rPr>
                <w:rFonts w:ascii="Times New Roman" w:hAnsi="Times New Roman" w:cs="Times New Roman"/>
                <w:sz w:val="24"/>
                <w:szCs w:val="24"/>
              </w:rPr>
            </w:pPr>
            <w:r w:rsidRPr="000B6907">
              <w:rPr>
                <w:rFonts w:ascii="Times New Roman" w:hAnsi="Times New Roman" w:cs="Times New Roman"/>
                <w:sz w:val="24"/>
                <w:szCs w:val="24"/>
              </w:rPr>
              <w:t>- As above</w:t>
            </w:r>
            <w:r w:rsidR="00941253" w:rsidRPr="000B6907">
              <w:rPr>
                <w:rFonts w:ascii="Times New Roman" w:hAnsi="Times New Roman" w:cs="Times New Roman"/>
                <w:sz w:val="24"/>
                <w:szCs w:val="24"/>
              </w:rPr>
              <w:t>;</w:t>
            </w:r>
          </w:p>
          <w:p w14:paraId="5AD2C385" w14:textId="77777777" w:rsidR="001F2676" w:rsidRPr="000B6907" w:rsidRDefault="009A11B4" w:rsidP="00A56917">
            <w:pPr>
              <w:jc w:val="both"/>
              <w:rPr>
                <w:rFonts w:ascii="Times New Roman" w:hAnsi="Times New Roman" w:cs="Times New Roman"/>
                <w:sz w:val="24"/>
                <w:szCs w:val="24"/>
              </w:rPr>
            </w:pPr>
            <w:r w:rsidRPr="000B6907">
              <w:rPr>
                <w:rFonts w:ascii="Times New Roman" w:hAnsi="Times New Roman" w:cs="Times New Roman"/>
                <w:sz w:val="24"/>
                <w:szCs w:val="24"/>
              </w:rPr>
              <w:t xml:space="preserve">- </w:t>
            </w:r>
            <w:r w:rsidR="001F2676" w:rsidRPr="000B6907">
              <w:rPr>
                <w:rFonts w:ascii="Times New Roman" w:hAnsi="Times New Roman" w:cs="Times New Roman"/>
                <w:sz w:val="24"/>
                <w:szCs w:val="24"/>
              </w:rPr>
              <w:t>Chairman (for reporting)</w:t>
            </w:r>
          </w:p>
          <w:p w14:paraId="62A3A453" w14:textId="77777777" w:rsidR="001F2676" w:rsidRDefault="001F2676" w:rsidP="00A56917">
            <w:pPr>
              <w:jc w:val="both"/>
              <w:rPr>
                <w:rFonts w:ascii="Times New Roman" w:hAnsi="Times New Roman" w:cs="Times New Roman"/>
                <w:sz w:val="24"/>
                <w:szCs w:val="24"/>
              </w:rPr>
            </w:pPr>
            <w:r w:rsidRPr="000B6907">
              <w:rPr>
                <w:rFonts w:ascii="Times New Roman" w:hAnsi="Times New Roman" w:cs="Times New Roman"/>
                <w:sz w:val="24"/>
                <w:szCs w:val="24"/>
              </w:rPr>
              <w:t xml:space="preserve">- </w:t>
            </w:r>
            <w:r w:rsidR="00C07F79">
              <w:rPr>
                <w:rFonts w:ascii="Times New Roman" w:hAnsi="Times New Roman" w:cs="Times New Roman"/>
                <w:sz w:val="24"/>
                <w:szCs w:val="24"/>
              </w:rPr>
              <w:t>GSDC;</w:t>
            </w:r>
          </w:p>
          <w:p w14:paraId="3AE3EA48" w14:textId="77777777" w:rsidR="00C07F79" w:rsidRDefault="00C07F79" w:rsidP="00A56917">
            <w:pPr>
              <w:jc w:val="both"/>
              <w:rPr>
                <w:rFonts w:ascii="Times New Roman" w:hAnsi="Times New Roman" w:cs="Times New Roman"/>
                <w:sz w:val="24"/>
                <w:szCs w:val="24"/>
              </w:rPr>
            </w:pPr>
            <w:r>
              <w:rPr>
                <w:rFonts w:ascii="Times New Roman" w:hAnsi="Times New Roman" w:cs="Times New Roman"/>
                <w:sz w:val="24"/>
                <w:szCs w:val="24"/>
              </w:rPr>
              <w:t>- QLCB;</w:t>
            </w:r>
          </w:p>
          <w:p w14:paraId="549F95BC" w14:textId="77777777" w:rsidR="00C07F79" w:rsidRPr="000B6907" w:rsidRDefault="00C07F79" w:rsidP="00A56917">
            <w:pPr>
              <w:jc w:val="both"/>
              <w:rPr>
                <w:rFonts w:ascii="Times New Roman" w:hAnsi="Times New Roman" w:cs="Times New Roman"/>
                <w:sz w:val="24"/>
                <w:szCs w:val="24"/>
              </w:rPr>
            </w:pPr>
            <w:r>
              <w:rPr>
                <w:rFonts w:ascii="Times New Roman" w:hAnsi="Times New Roman" w:cs="Times New Roman"/>
                <w:sz w:val="24"/>
                <w:szCs w:val="24"/>
              </w:rPr>
              <w:t>- PCDN;</w:t>
            </w:r>
          </w:p>
          <w:p w14:paraId="09403560" w14:textId="77777777" w:rsidR="001F2676" w:rsidRPr="000B6907" w:rsidRDefault="001F2676" w:rsidP="00A56917">
            <w:pPr>
              <w:jc w:val="both"/>
              <w:rPr>
                <w:rFonts w:ascii="Times New Roman" w:hAnsi="Times New Roman" w:cs="Times New Roman"/>
                <w:sz w:val="24"/>
                <w:szCs w:val="24"/>
              </w:rPr>
            </w:pPr>
            <w:r w:rsidRPr="000B6907">
              <w:rPr>
                <w:rFonts w:ascii="Times New Roman" w:hAnsi="Times New Roman" w:cs="Times New Roman"/>
                <w:sz w:val="24"/>
                <w:szCs w:val="24"/>
              </w:rPr>
              <w:t>- HNX</w:t>
            </w:r>
            <w:r w:rsidR="00C07F79">
              <w:rPr>
                <w:rFonts w:ascii="Times New Roman" w:hAnsi="Times New Roman" w:cs="Times New Roman"/>
                <w:sz w:val="24"/>
                <w:szCs w:val="24"/>
              </w:rPr>
              <w:t>;</w:t>
            </w:r>
          </w:p>
          <w:p w14:paraId="7F4C62D0" w14:textId="77777777" w:rsidR="001F2676" w:rsidRPr="000B6907" w:rsidRDefault="00976BB4" w:rsidP="00A56917">
            <w:pPr>
              <w:jc w:val="both"/>
              <w:rPr>
                <w:rFonts w:ascii="Times New Roman" w:hAnsi="Times New Roman" w:cs="Times New Roman"/>
                <w:sz w:val="24"/>
                <w:szCs w:val="24"/>
              </w:rPr>
            </w:pPr>
            <w:r w:rsidRPr="000B6907">
              <w:rPr>
                <w:rFonts w:ascii="Times New Roman" w:hAnsi="Times New Roman" w:cs="Times New Roman"/>
                <w:sz w:val="24"/>
                <w:szCs w:val="24"/>
              </w:rPr>
              <w:t xml:space="preserve">- </w:t>
            </w:r>
            <w:r w:rsidR="00941253" w:rsidRPr="000B6907">
              <w:rPr>
                <w:rFonts w:ascii="Times New Roman" w:hAnsi="Times New Roman" w:cs="Times New Roman"/>
                <w:sz w:val="24"/>
                <w:szCs w:val="24"/>
              </w:rPr>
              <w:t>Archived</w:t>
            </w:r>
            <w:r w:rsidRPr="000B6907">
              <w:rPr>
                <w:rFonts w:ascii="Times New Roman" w:hAnsi="Times New Roman" w:cs="Times New Roman"/>
                <w:sz w:val="24"/>
                <w:szCs w:val="24"/>
              </w:rPr>
              <w:t xml:space="preserve">: </w:t>
            </w:r>
            <w:r w:rsidR="00941253" w:rsidRPr="000B6907">
              <w:rPr>
                <w:rFonts w:ascii="Times New Roman" w:hAnsi="Times New Roman" w:cs="Times New Roman"/>
                <w:sz w:val="24"/>
                <w:szCs w:val="24"/>
              </w:rPr>
              <w:t>Office</w:t>
            </w:r>
            <w:r w:rsidRPr="000B6907">
              <w:rPr>
                <w:rFonts w:ascii="Times New Roman" w:hAnsi="Times New Roman" w:cs="Times New Roman"/>
                <w:sz w:val="24"/>
                <w:szCs w:val="24"/>
              </w:rPr>
              <w:t xml:space="preserve">, </w:t>
            </w:r>
            <w:r w:rsidR="00941253" w:rsidRPr="000B6907">
              <w:rPr>
                <w:rFonts w:ascii="Times New Roman" w:hAnsi="Times New Roman" w:cs="Times New Roman"/>
                <w:sz w:val="24"/>
                <w:szCs w:val="24"/>
              </w:rPr>
              <w:t>PTTT</w:t>
            </w:r>
            <w:r w:rsidRPr="000B6907">
              <w:rPr>
                <w:rFonts w:ascii="Times New Roman" w:hAnsi="Times New Roman" w:cs="Times New Roman"/>
                <w:sz w:val="24"/>
                <w:szCs w:val="24"/>
              </w:rPr>
              <w:t xml:space="preserve"> (09b).</w:t>
            </w:r>
          </w:p>
        </w:tc>
        <w:tc>
          <w:tcPr>
            <w:tcW w:w="2867" w:type="pct"/>
          </w:tcPr>
          <w:p w14:paraId="3077B595" w14:textId="77777777" w:rsidR="001F2676" w:rsidRPr="000B6907" w:rsidRDefault="003F6DEE" w:rsidP="002D3A33">
            <w:pPr>
              <w:spacing w:line="288" w:lineRule="auto"/>
              <w:jc w:val="center"/>
              <w:rPr>
                <w:rFonts w:ascii="Times New Roman" w:hAnsi="Times New Roman" w:cs="Times New Roman"/>
                <w:b/>
                <w:sz w:val="24"/>
                <w:szCs w:val="24"/>
              </w:rPr>
            </w:pPr>
            <w:r>
              <w:rPr>
                <w:rFonts w:ascii="Times New Roman" w:hAnsi="Times New Roman" w:cs="Times New Roman"/>
                <w:b/>
                <w:sz w:val="24"/>
                <w:szCs w:val="24"/>
              </w:rPr>
              <w:t>B/O</w:t>
            </w:r>
            <w:r w:rsidR="00B179AE" w:rsidRPr="000B6907">
              <w:rPr>
                <w:rFonts w:ascii="Times New Roman" w:hAnsi="Times New Roman" w:cs="Times New Roman"/>
                <w:b/>
                <w:sz w:val="24"/>
                <w:szCs w:val="24"/>
              </w:rPr>
              <w:t xml:space="preserve">. </w:t>
            </w:r>
            <w:r w:rsidR="00941253" w:rsidRPr="000B6907">
              <w:rPr>
                <w:rFonts w:ascii="Times New Roman" w:hAnsi="Times New Roman" w:cs="Times New Roman"/>
                <w:b/>
                <w:sz w:val="24"/>
                <w:szCs w:val="24"/>
              </w:rPr>
              <w:t>CHAIRMAN</w:t>
            </w:r>
          </w:p>
          <w:p w14:paraId="7B7DDDE2" w14:textId="24A02537" w:rsidR="00976BB4" w:rsidRDefault="00976BB4" w:rsidP="002D3A33">
            <w:pPr>
              <w:spacing w:line="288" w:lineRule="auto"/>
              <w:jc w:val="center"/>
              <w:rPr>
                <w:rFonts w:ascii="Times New Roman" w:hAnsi="Times New Roman" w:cs="Times New Roman"/>
                <w:b/>
                <w:sz w:val="24"/>
                <w:szCs w:val="24"/>
              </w:rPr>
            </w:pPr>
            <w:r w:rsidRPr="000B6907">
              <w:rPr>
                <w:rFonts w:ascii="Times New Roman" w:hAnsi="Times New Roman" w:cs="Times New Roman"/>
                <w:b/>
                <w:sz w:val="24"/>
                <w:szCs w:val="24"/>
              </w:rPr>
              <w:t xml:space="preserve">HEAD OF </w:t>
            </w:r>
            <w:r w:rsidR="00A56917" w:rsidRPr="000B6907">
              <w:rPr>
                <w:rFonts w:ascii="Times New Roman" w:hAnsi="Times New Roman" w:cs="Times New Roman"/>
                <w:b/>
                <w:sz w:val="24"/>
                <w:szCs w:val="24"/>
              </w:rPr>
              <w:t xml:space="preserve">DEPARTMENT OF </w:t>
            </w:r>
            <w:r w:rsidRPr="000B6907">
              <w:rPr>
                <w:rFonts w:ascii="Times New Roman" w:hAnsi="Times New Roman" w:cs="Times New Roman"/>
                <w:b/>
                <w:sz w:val="24"/>
                <w:szCs w:val="24"/>
              </w:rPr>
              <w:t xml:space="preserve">SECURITIES MARKET DEVELOPMENT </w:t>
            </w:r>
          </w:p>
          <w:p w14:paraId="3173F6AC" w14:textId="77777777" w:rsidR="00976BB4" w:rsidRPr="000B6907" w:rsidRDefault="00976BB4" w:rsidP="00BC6DDE">
            <w:pPr>
              <w:spacing w:before="120" w:after="120" w:line="288" w:lineRule="auto"/>
              <w:jc w:val="center"/>
              <w:rPr>
                <w:rFonts w:ascii="Times New Roman" w:hAnsi="Times New Roman" w:cs="Times New Roman"/>
                <w:b/>
                <w:sz w:val="24"/>
                <w:szCs w:val="24"/>
              </w:rPr>
            </w:pPr>
          </w:p>
          <w:p w14:paraId="48CAF7F4" w14:textId="27E8E508" w:rsidR="00976BB4" w:rsidRPr="004D0665" w:rsidRDefault="009D3220" w:rsidP="00BC6DDE">
            <w:pPr>
              <w:spacing w:before="120" w:after="120" w:line="288" w:lineRule="auto"/>
              <w:jc w:val="center"/>
              <w:rPr>
                <w:rFonts w:ascii="Times New Roman" w:hAnsi="Times New Roman" w:cs="Times New Roman"/>
                <w:b/>
                <w:i/>
                <w:iCs/>
                <w:sz w:val="24"/>
                <w:szCs w:val="24"/>
              </w:rPr>
            </w:pPr>
            <w:r w:rsidRPr="004D0665">
              <w:rPr>
                <w:rFonts w:ascii="Times New Roman" w:hAnsi="Times New Roman" w:cs="Times New Roman"/>
                <w:b/>
                <w:i/>
                <w:iCs/>
                <w:sz w:val="24"/>
                <w:szCs w:val="24"/>
              </w:rPr>
              <w:t>(signed</w:t>
            </w:r>
            <w:r w:rsidR="004D0665" w:rsidRPr="004D0665">
              <w:rPr>
                <w:rFonts w:ascii="Times New Roman" w:hAnsi="Times New Roman" w:cs="Times New Roman"/>
                <w:b/>
                <w:i/>
                <w:iCs/>
                <w:sz w:val="24"/>
                <w:szCs w:val="24"/>
              </w:rPr>
              <w:t>, sealed</w:t>
            </w:r>
            <w:r w:rsidR="00976BB4" w:rsidRPr="004D0665">
              <w:rPr>
                <w:rFonts w:ascii="Times New Roman" w:hAnsi="Times New Roman" w:cs="Times New Roman"/>
                <w:b/>
                <w:i/>
                <w:iCs/>
                <w:sz w:val="24"/>
                <w:szCs w:val="24"/>
              </w:rPr>
              <w:t>)</w:t>
            </w:r>
          </w:p>
          <w:p w14:paraId="2D9732D1" w14:textId="77777777" w:rsidR="009D3220" w:rsidRPr="000B6907" w:rsidRDefault="009D3220" w:rsidP="00BC6DDE">
            <w:pPr>
              <w:spacing w:before="120" w:after="120" w:line="288" w:lineRule="auto"/>
              <w:jc w:val="center"/>
              <w:rPr>
                <w:rFonts w:ascii="Times New Roman" w:hAnsi="Times New Roman" w:cs="Times New Roman"/>
                <w:b/>
                <w:sz w:val="24"/>
                <w:szCs w:val="24"/>
              </w:rPr>
            </w:pPr>
          </w:p>
          <w:p w14:paraId="1C855A57" w14:textId="77777777" w:rsidR="00976BB4" w:rsidRPr="000B6907" w:rsidRDefault="00976BB4" w:rsidP="00BC6DDE">
            <w:pPr>
              <w:spacing w:before="120" w:after="120" w:line="288" w:lineRule="auto"/>
              <w:jc w:val="center"/>
              <w:rPr>
                <w:rFonts w:ascii="Times New Roman" w:hAnsi="Times New Roman" w:cs="Times New Roman"/>
                <w:b/>
                <w:sz w:val="24"/>
                <w:szCs w:val="24"/>
              </w:rPr>
            </w:pPr>
          </w:p>
          <w:p w14:paraId="42E769FC" w14:textId="73FEF63F" w:rsidR="00976BB4" w:rsidRPr="000B6907" w:rsidRDefault="002D3A33" w:rsidP="00BC6DDE">
            <w:pPr>
              <w:spacing w:before="120" w:after="120" w:line="288" w:lineRule="auto"/>
              <w:jc w:val="center"/>
              <w:rPr>
                <w:rFonts w:ascii="Times New Roman" w:hAnsi="Times New Roman" w:cs="Times New Roman"/>
                <w:sz w:val="24"/>
                <w:szCs w:val="24"/>
              </w:rPr>
            </w:pPr>
            <w:r>
              <w:rPr>
                <w:rFonts w:ascii="Times New Roman" w:hAnsi="Times New Roman" w:cs="Times New Roman"/>
                <w:b/>
                <w:sz w:val="24"/>
                <w:szCs w:val="24"/>
              </w:rPr>
              <w:t>Pham Thi Thuy Linh</w:t>
            </w:r>
          </w:p>
        </w:tc>
      </w:tr>
    </w:tbl>
    <w:p w14:paraId="398424CC" w14:textId="77777777" w:rsidR="00223E7D" w:rsidRPr="000B6907" w:rsidRDefault="00223E7D" w:rsidP="00BC6DDE">
      <w:pPr>
        <w:spacing w:before="120" w:after="120" w:line="288" w:lineRule="auto"/>
        <w:jc w:val="both"/>
        <w:rPr>
          <w:rFonts w:ascii="Times New Roman" w:hAnsi="Times New Roman" w:cs="Times New Roman"/>
          <w:sz w:val="24"/>
          <w:szCs w:val="24"/>
        </w:rPr>
      </w:pPr>
    </w:p>
    <w:sectPr w:rsidR="00223E7D" w:rsidRPr="000B6907" w:rsidSect="00A27BE1">
      <w:pgSz w:w="12240" w:h="15840"/>
      <w:pgMar w:top="1350" w:right="1080" w:bottom="144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077611">
    <w:abstractNumId w:val="8"/>
  </w:num>
  <w:num w:numId="2" w16cid:durableId="2146510267">
    <w:abstractNumId w:val="6"/>
  </w:num>
  <w:num w:numId="3" w16cid:durableId="1947737198">
    <w:abstractNumId w:val="5"/>
  </w:num>
  <w:num w:numId="4" w16cid:durableId="1376544824">
    <w:abstractNumId w:val="4"/>
  </w:num>
  <w:num w:numId="5" w16cid:durableId="1004626555">
    <w:abstractNumId w:val="7"/>
  </w:num>
  <w:num w:numId="6" w16cid:durableId="504980710">
    <w:abstractNumId w:val="3"/>
  </w:num>
  <w:num w:numId="7" w16cid:durableId="1717194616">
    <w:abstractNumId w:val="2"/>
  </w:num>
  <w:num w:numId="8" w16cid:durableId="2129354214">
    <w:abstractNumId w:val="1"/>
  </w:num>
  <w:num w:numId="9" w16cid:durableId="128045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063"/>
    <w:rsid w:val="000855AA"/>
    <w:rsid w:val="000B6907"/>
    <w:rsid w:val="000C01B7"/>
    <w:rsid w:val="001016EF"/>
    <w:rsid w:val="00121C5B"/>
    <w:rsid w:val="0015074B"/>
    <w:rsid w:val="0019796E"/>
    <w:rsid w:val="001D0491"/>
    <w:rsid w:val="001F2676"/>
    <w:rsid w:val="00223E7D"/>
    <w:rsid w:val="00253192"/>
    <w:rsid w:val="0029639D"/>
    <w:rsid w:val="002B721F"/>
    <w:rsid w:val="002D3A33"/>
    <w:rsid w:val="00326F90"/>
    <w:rsid w:val="00353AC4"/>
    <w:rsid w:val="003F6DEE"/>
    <w:rsid w:val="004750DD"/>
    <w:rsid w:val="004D0665"/>
    <w:rsid w:val="004D5A8F"/>
    <w:rsid w:val="005F0417"/>
    <w:rsid w:val="006A4FC8"/>
    <w:rsid w:val="00741655"/>
    <w:rsid w:val="0076499B"/>
    <w:rsid w:val="00806878"/>
    <w:rsid w:val="008265C4"/>
    <w:rsid w:val="008326E3"/>
    <w:rsid w:val="008363EF"/>
    <w:rsid w:val="008364E7"/>
    <w:rsid w:val="00836EC0"/>
    <w:rsid w:val="0092346B"/>
    <w:rsid w:val="0093134A"/>
    <w:rsid w:val="00932E62"/>
    <w:rsid w:val="00941253"/>
    <w:rsid w:val="00964456"/>
    <w:rsid w:val="00976BB4"/>
    <w:rsid w:val="00986A6B"/>
    <w:rsid w:val="0099091F"/>
    <w:rsid w:val="009A11B4"/>
    <w:rsid w:val="009D3220"/>
    <w:rsid w:val="00A15C26"/>
    <w:rsid w:val="00A27BE1"/>
    <w:rsid w:val="00A56917"/>
    <w:rsid w:val="00A65120"/>
    <w:rsid w:val="00AA1D8D"/>
    <w:rsid w:val="00B02283"/>
    <w:rsid w:val="00B10286"/>
    <w:rsid w:val="00B179AE"/>
    <w:rsid w:val="00B47730"/>
    <w:rsid w:val="00B94D5F"/>
    <w:rsid w:val="00BC6DDE"/>
    <w:rsid w:val="00C00BA3"/>
    <w:rsid w:val="00C07F79"/>
    <w:rsid w:val="00C22D1B"/>
    <w:rsid w:val="00C81312"/>
    <w:rsid w:val="00C81924"/>
    <w:rsid w:val="00CB0664"/>
    <w:rsid w:val="00CC5C72"/>
    <w:rsid w:val="00D16413"/>
    <w:rsid w:val="00D17664"/>
    <w:rsid w:val="00DD66EA"/>
    <w:rsid w:val="00E01605"/>
    <w:rsid w:val="00E72A31"/>
    <w:rsid w:val="00E83F84"/>
    <w:rsid w:val="00F462EA"/>
    <w:rsid w:val="00F61394"/>
    <w:rsid w:val="00FB07B3"/>
    <w:rsid w:val="00FC693F"/>
    <w:rsid w:val="00FE3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13E6F1"/>
  <w14:defaultImageDpi w14:val="300"/>
  <w15:docId w15:val="{8828B158-451C-48AE-86A6-8FFBE8D6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16770">
      <w:bodyDiv w:val="1"/>
      <w:marLeft w:val="0"/>
      <w:marRight w:val="0"/>
      <w:marTop w:val="0"/>
      <w:marBottom w:val="0"/>
      <w:divBdr>
        <w:top w:val="none" w:sz="0" w:space="0" w:color="auto"/>
        <w:left w:val="none" w:sz="0" w:space="0" w:color="auto"/>
        <w:bottom w:val="none" w:sz="0" w:space="0" w:color="auto"/>
        <w:right w:val="none" w:sz="0" w:space="0" w:color="auto"/>
      </w:divBdr>
      <w:divsChild>
        <w:div w:id="1292129369">
          <w:marLeft w:val="0"/>
          <w:marRight w:val="0"/>
          <w:marTop w:val="0"/>
          <w:marBottom w:val="0"/>
          <w:divBdr>
            <w:top w:val="none" w:sz="0" w:space="0" w:color="auto"/>
            <w:left w:val="none" w:sz="0" w:space="0" w:color="auto"/>
            <w:bottom w:val="none" w:sz="0" w:space="0" w:color="auto"/>
            <w:right w:val="none" w:sz="0" w:space="0" w:color="auto"/>
          </w:divBdr>
          <w:divsChild>
            <w:div w:id="1013266034">
              <w:marLeft w:val="0"/>
              <w:marRight w:val="0"/>
              <w:marTop w:val="0"/>
              <w:marBottom w:val="0"/>
              <w:divBdr>
                <w:top w:val="none" w:sz="0" w:space="0" w:color="auto"/>
                <w:left w:val="none" w:sz="0" w:space="0" w:color="auto"/>
                <w:bottom w:val="none" w:sz="0" w:space="0" w:color="auto"/>
                <w:right w:val="none" w:sz="0" w:space="0" w:color="auto"/>
              </w:divBdr>
              <w:divsChild>
                <w:div w:id="2066489504">
                  <w:marLeft w:val="0"/>
                  <w:marRight w:val="0"/>
                  <w:marTop w:val="0"/>
                  <w:marBottom w:val="0"/>
                  <w:divBdr>
                    <w:top w:val="none" w:sz="0" w:space="0" w:color="auto"/>
                    <w:left w:val="none" w:sz="0" w:space="0" w:color="auto"/>
                    <w:bottom w:val="none" w:sz="0" w:space="0" w:color="auto"/>
                    <w:right w:val="none" w:sz="0" w:space="0" w:color="auto"/>
                  </w:divBdr>
                  <w:divsChild>
                    <w:div w:id="618688530">
                      <w:marLeft w:val="0"/>
                      <w:marRight w:val="-90"/>
                      <w:marTop w:val="0"/>
                      <w:marBottom w:val="0"/>
                      <w:divBdr>
                        <w:top w:val="none" w:sz="0" w:space="0" w:color="auto"/>
                        <w:left w:val="none" w:sz="0" w:space="0" w:color="auto"/>
                        <w:bottom w:val="none" w:sz="0" w:space="0" w:color="auto"/>
                        <w:right w:val="none" w:sz="0" w:space="0" w:color="auto"/>
                      </w:divBdr>
                      <w:divsChild>
                        <w:div w:id="1671447908">
                          <w:marLeft w:val="0"/>
                          <w:marRight w:val="0"/>
                          <w:marTop w:val="0"/>
                          <w:marBottom w:val="0"/>
                          <w:divBdr>
                            <w:top w:val="none" w:sz="0" w:space="0" w:color="auto"/>
                            <w:left w:val="none" w:sz="0" w:space="0" w:color="auto"/>
                            <w:bottom w:val="none" w:sz="0" w:space="0" w:color="auto"/>
                            <w:right w:val="none" w:sz="0" w:space="0" w:color="auto"/>
                          </w:divBdr>
                          <w:divsChild>
                            <w:div w:id="1814522386">
                              <w:marLeft w:val="0"/>
                              <w:marRight w:val="0"/>
                              <w:marTop w:val="600"/>
                              <w:marBottom w:val="0"/>
                              <w:divBdr>
                                <w:top w:val="none" w:sz="0" w:space="0" w:color="auto"/>
                                <w:left w:val="none" w:sz="0" w:space="0" w:color="auto"/>
                                <w:bottom w:val="none" w:sz="0" w:space="0" w:color="auto"/>
                                <w:right w:val="none" w:sz="0" w:space="0" w:color="auto"/>
                              </w:divBdr>
                              <w:divsChild>
                                <w:div w:id="1492990262">
                                  <w:marLeft w:val="0"/>
                                  <w:marRight w:val="0"/>
                                  <w:marTop w:val="0"/>
                                  <w:marBottom w:val="0"/>
                                  <w:divBdr>
                                    <w:top w:val="none" w:sz="0" w:space="0" w:color="auto"/>
                                    <w:left w:val="none" w:sz="0" w:space="0" w:color="auto"/>
                                    <w:bottom w:val="none" w:sz="0" w:space="0" w:color="auto"/>
                                    <w:right w:val="none" w:sz="0" w:space="0" w:color="auto"/>
                                  </w:divBdr>
                                  <w:divsChild>
                                    <w:div w:id="1276329423">
                                      <w:marLeft w:val="750"/>
                                      <w:marRight w:val="0"/>
                                      <w:marTop w:val="0"/>
                                      <w:marBottom w:val="0"/>
                                      <w:divBdr>
                                        <w:top w:val="none" w:sz="0" w:space="0" w:color="auto"/>
                                        <w:left w:val="none" w:sz="0" w:space="0" w:color="auto"/>
                                        <w:bottom w:val="none" w:sz="0" w:space="0" w:color="auto"/>
                                        <w:right w:val="none" w:sz="0" w:space="0" w:color="auto"/>
                                      </w:divBdr>
                                      <w:divsChild>
                                        <w:div w:id="791942494">
                                          <w:marLeft w:val="0"/>
                                          <w:marRight w:val="0"/>
                                          <w:marTop w:val="0"/>
                                          <w:marBottom w:val="0"/>
                                          <w:divBdr>
                                            <w:top w:val="none" w:sz="0" w:space="0" w:color="auto"/>
                                            <w:left w:val="none" w:sz="0" w:space="0" w:color="auto"/>
                                            <w:bottom w:val="none" w:sz="0" w:space="0" w:color="auto"/>
                                            <w:right w:val="none" w:sz="0" w:space="0" w:color="auto"/>
                                          </w:divBdr>
                                          <w:divsChild>
                                            <w:div w:id="278267152">
                                              <w:marLeft w:val="0"/>
                                              <w:marRight w:val="0"/>
                                              <w:marTop w:val="0"/>
                                              <w:marBottom w:val="0"/>
                                              <w:divBdr>
                                                <w:top w:val="none" w:sz="0" w:space="0" w:color="auto"/>
                                                <w:left w:val="none" w:sz="0" w:space="0" w:color="auto"/>
                                                <w:bottom w:val="none" w:sz="0" w:space="0" w:color="auto"/>
                                                <w:right w:val="none" w:sz="0" w:space="0" w:color="auto"/>
                                              </w:divBdr>
                                              <w:divsChild>
                                                <w:div w:id="1561867748">
                                                  <w:marLeft w:val="0"/>
                                                  <w:marRight w:val="0"/>
                                                  <w:marTop w:val="0"/>
                                                  <w:marBottom w:val="0"/>
                                                  <w:divBdr>
                                                    <w:top w:val="none" w:sz="0" w:space="0" w:color="auto"/>
                                                    <w:left w:val="none" w:sz="0" w:space="0" w:color="auto"/>
                                                    <w:bottom w:val="none" w:sz="0" w:space="0" w:color="auto"/>
                                                    <w:right w:val="none" w:sz="0" w:space="0" w:color="auto"/>
                                                  </w:divBdr>
                                                  <w:divsChild>
                                                    <w:div w:id="1717315235">
                                                      <w:marLeft w:val="0"/>
                                                      <w:marRight w:val="0"/>
                                                      <w:marTop w:val="0"/>
                                                      <w:marBottom w:val="0"/>
                                                      <w:divBdr>
                                                        <w:top w:val="none" w:sz="0" w:space="0" w:color="auto"/>
                                                        <w:left w:val="none" w:sz="0" w:space="0" w:color="auto"/>
                                                        <w:bottom w:val="none" w:sz="0" w:space="0" w:color="auto"/>
                                                        <w:right w:val="none" w:sz="0" w:space="0" w:color="auto"/>
                                                      </w:divBdr>
                                                      <w:divsChild>
                                                        <w:div w:id="1240139092">
                                                          <w:marLeft w:val="0"/>
                                                          <w:marRight w:val="0"/>
                                                          <w:marTop w:val="0"/>
                                                          <w:marBottom w:val="0"/>
                                                          <w:divBdr>
                                                            <w:top w:val="none" w:sz="0" w:space="0" w:color="auto"/>
                                                            <w:left w:val="none" w:sz="0" w:space="0" w:color="auto"/>
                                                            <w:bottom w:val="none" w:sz="0" w:space="0" w:color="auto"/>
                                                            <w:right w:val="none" w:sz="0" w:space="0" w:color="auto"/>
                                                          </w:divBdr>
                                                          <w:divsChild>
                                                            <w:div w:id="1620724386">
                                                              <w:marLeft w:val="0"/>
                                                              <w:marRight w:val="0"/>
                                                              <w:marTop w:val="0"/>
                                                              <w:marBottom w:val="0"/>
                                                              <w:divBdr>
                                                                <w:top w:val="none" w:sz="0" w:space="0" w:color="auto"/>
                                                                <w:left w:val="none" w:sz="0" w:space="0" w:color="auto"/>
                                                                <w:bottom w:val="none" w:sz="0" w:space="0" w:color="auto"/>
                                                                <w:right w:val="none" w:sz="0" w:space="0" w:color="auto"/>
                                                              </w:divBdr>
                                                              <w:divsChild>
                                                                <w:div w:id="1770471283">
                                                                  <w:marLeft w:val="0"/>
                                                                  <w:marRight w:val="0"/>
                                                                  <w:marTop w:val="0"/>
                                                                  <w:marBottom w:val="0"/>
                                                                  <w:divBdr>
                                                                    <w:top w:val="none" w:sz="0" w:space="0" w:color="auto"/>
                                                                    <w:left w:val="none" w:sz="0" w:space="0" w:color="auto"/>
                                                                    <w:bottom w:val="none" w:sz="0" w:space="0" w:color="auto"/>
                                                                    <w:right w:val="none" w:sz="0" w:space="0" w:color="auto"/>
                                                                  </w:divBdr>
                                                                  <w:divsChild>
                                                                    <w:div w:id="20479284">
                                                                      <w:marLeft w:val="0"/>
                                                                      <w:marRight w:val="0"/>
                                                                      <w:marTop w:val="0"/>
                                                                      <w:marBottom w:val="0"/>
                                                                      <w:divBdr>
                                                                        <w:top w:val="none" w:sz="0" w:space="0" w:color="auto"/>
                                                                        <w:left w:val="none" w:sz="0" w:space="0" w:color="auto"/>
                                                                        <w:bottom w:val="none" w:sz="0" w:space="0" w:color="auto"/>
                                                                        <w:right w:val="none" w:sz="0" w:space="0" w:color="auto"/>
                                                                      </w:divBdr>
                                                                      <w:divsChild>
                                                                        <w:div w:id="1704138060">
                                                                          <w:marLeft w:val="0"/>
                                                                          <w:marRight w:val="0"/>
                                                                          <w:marTop w:val="0"/>
                                                                          <w:marBottom w:val="0"/>
                                                                          <w:divBdr>
                                                                            <w:top w:val="none" w:sz="0" w:space="0" w:color="auto"/>
                                                                            <w:left w:val="none" w:sz="0" w:space="0" w:color="auto"/>
                                                                            <w:bottom w:val="none" w:sz="0" w:space="0" w:color="auto"/>
                                                                            <w:right w:val="none" w:sz="0" w:space="0" w:color="auto"/>
                                                                          </w:divBdr>
                                                                          <w:divsChild>
                                                                            <w:div w:id="14646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7188">
                                                                  <w:marLeft w:val="0"/>
                                                                  <w:marRight w:val="0"/>
                                                                  <w:marTop w:val="60"/>
                                                                  <w:marBottom w:val="0"/>
                                                                  <w:divBdr>
                                                                    <w:top w:val="none" w:sz="0" w:space="0" w:color="auto"/>
                                                                    <w:left w:val="none" w:sz="0" w:space="0" w:color="auto"/>
                                                                    <w:bottom w:val="none" w:sz="0" w:space="0" w:color="auto"/>
                                                                    <w:right w:val="none" w:sz="0" w:space="0" w:color="auto"/>
                                                                  </w:divBdr>
                                                                </w:div>
                                                                <w:div w:id="1807430542">
                                                                  <w:marLeft w:val="0"/>
                                                                  <w:marRight w:val="0"/>
                                                                  <w:marTop w:val="0"/>
                                                                  <w:marBottom w:val="0"/>
                                                                  <w:divBdr>
                                                                    <w:top w:val="none" w:sz="0" w:space="0" w:color="auto"/>
                                                                    <w:left w:val="none" w:sz="0" w:space="0" w:color="auto"/>
                                                                    <w:bottom w:val="none" w:sz="0" w:space="0" w:color="auto"/>
                                                                    <w:right w:val="none" w:sz="0" w:space="0" w:color="auto"/>
                                                                  </w:divBdr>
                                                                  <w:divsChild>
                                                                    <w:div w:id="407306277">
                                                                      <w:marLeft w:val="0"/>
                                                                      <w:marRight w:val="60"/>
                                                                      <w:marTop w:val="0"/>
                                                                      <w:marBottom w:val="0"/>
                                                                      <w:divBdr>
                                                                        <w:top w:val="none" w:sz="0" w:space="0" w:color="auto"/>
                                                                        <w:left w:val="none" w:sz="0" w:space="0" w:color="auto"/>
                                                                        <w:bottom w:val="none" w:sz="0" w:space="0" w:color="auto"/>
                                                                        <w:right w:val="none" w:sz="0" w:space="0" w:color="auto"/>
                                                                      </w:divBdr>
                                                                      <w:divsChild>
                                                                        <w:div w:id="1924336643">
                                                                          <w:marLeft w:val="0"/>
                                                                          <w:marRight w:val="0"/>
                                                                          <w:marTop w:val="100"/>
                                                                          <w:marBottom w:val="100"/>
                                                                          <w:divBdr>
                                                                            <w:top w:val="none" w:sz="0" w:space="0" w:color="auto"/>
                                                                            <w:left w:val="none" w:sz="0" w:space="0" w:color="auto"/>
                                                                            <w:bottom w:val="none" w:sz="0" w:space="0" w:color="auto"/>
                                                                            <w:right w:val="none" w:sz="0" w:space="0" w:color="auto"/>
                                                                          </w:divBdr>
                                                                          <w:divsChild>
                                                                            <w:div w:id="743837813">
                                                                              <w:marLeft w:val="0"/>
                                                                              <w:marRight w:val="0"/>
                                                                              <w:marTop w:val="0"/>
                                                                              <w:marBottom w:val="0"/>
                                                                              <w:divBdr>
                                                                                <w:top w:val="none" w:sz="0" w:space="0" w:color="auto"/>
                                                                                <w:left w:val="none" w:sz="0" w:space="0" w:color="auto"/>
                                                                                <w:bottom w:val="none" w:sz="0" w:space="0" w:color="auto"/>
                                                                                <w:right w:val="none" w:sz="0" w:space="0" w:color="auto"/>
                                                                              </w:divBdr>
                                                                            </w:div>
                                                                          </w:divsChild>
                                                                        </w:div>
                                                                        <w:div w:id="1712653783">
                                                                          <w:marLeft w:val="60"/>
                                                                          <w:marRight w:val="0"/>
                                                                          <w:marTop w:val="0"/>
                                                                          <w:marBottom w:val="30"/>
                                                                          <w:divBdr>
                                                                            <w:top w:val="none" w:sz="0" w:space="0" w:color="auto"/>
                                                                            <w:left w:val="none" w:sz="0" w:space="0" w:color="auto"/>
                                                                            <w:bottom w:val="none" w:sz="0" w:space="0" w:color="auto"/>
                                                                            <w:right w:val="none" w:sz="0" w:space="0" w:color="auto"/>
                                                                          </w:divBdr>
                                                                        </w:div>
                                                                      </w:divsChild>
                                                                    </w:div>
                                                                    <w:div w:id="1634405046">
                                                                      <w:marLeft w:val="0"/>
                                                                      <w:marRight w:val="0"/>
                                                                      <w:marTop w:val="0"/>
                                                                      <w:marBottom w:val="0"/>
                                                                      <w:divBdr>
                                                                        <w:top w:val="none" w:sz="0" w:space="0" w:color="auto"/>
                                                                        <w:left w:val="none" w:sz="0" w:space="0" w:color="auto"/>
                                                                        <w:bottom w:val="none" w:sz="0" w:space="0" w:color="auto"/>
                                                                        <w:right w:val="none" w:sz="0" w:space="0" w:color="auto"/>
                                                                      </w:divBdr>
                                                                      <w:divsChild>
                                                                        <w:div w:id="1619793067">
                                                                          <w:marLeft w:val="0"/>
                                                                          <w:marRight w:val="0"/>
                                                                          <w:marTop w:val="0"/>
                                                                          <w:marBottom w:val="0"/>
                                                                          <w:divBdr>
                                                                            <w:top w:val="none" w:sz="0" w:space="0" w:color="auto"/>
                                                                            <w:left w:val="none" w:sz="0" w:space="0" w:color="auto"/>
                                                                            <w:bottom w:val="none" w:sz="0" w:space="0" w:color="auto"/>
                                                                            <w:right w:val="none" w:sz="0" w:space="0" w:color="auto"/>
                                                                          </w:divBdr>
                                                                          <w:divsChild>
                                                                            <w:div w:id="1306471059">
                                                                              <w:marLeft w:val="0"/>
                                                                              <w:marRight w:val="0"/>
                                                                              <w:marTop w:val="0"/>
                                                                              <w:marBottom w:val="0"/>
                                                                              <w:divBdr>
                                                                                <w:top w:val="none" w:sz="0" w:space="0" w:color="auto"/>
                                                                                <w:left w:val="none" w:sz="0" w:space="0" w:color="auto"/>
                                                                                <w:bottom w:val="none" w:sz="0" w:space="0" w:color="auto"/>
                                                                                <w:right w:val="none" w:sz="0" w:space="0" w:color="auto"/>
                                                                              </w:divBdr>
                                                                              <w:divsChild>
                                                                                <w:div w:id="611131617">
                                                                                  <w:marLeft w:val="105"/>
                                                                                  <w:marRight w:val="105"/>
                                                                                  <w:marTop w:val="90"/>
                                                                                  <w:marBottom w:val="150"/>
                                                                                  <w:divBdr>
                                                                                    <w:top w:val="none" w:sz="0" w:space="0" w:color="auto"/>
                                                                                    <w:left w:val="none" w:sz="0" w:space="0" w:color="auto"/>
                                                                                    <w:bottom w:val="none" w:sz="0" w:space="0" w:color="auto"/>
                                                                                    <w:right w:val="none" w:sz="0" w:space="0" w:color="auto"/>
                                                                                  </w:divBdr>
                                                                                </w:div>
                                                                                <w:div w:id="2018649149">
                                                                                  <w:marLeft w:val="105"/>
                                                                                  <w:marRight w:val="105"/>
                                                                                  <w:marTop w:val="90"/>
                                                                                  <w:marBottom w:val="150"/>
                                                                                  <w:divBdr>
                                                                                    <w:top w:val="none" w:sz="0" w:space="0" w:color="auto"/>
                                                                                    <w:left w:val="none" w:sz="0" w:space="0" w:color="auto"/>
                                                                                    <w:bottom w:val="none" w:sz="0" w:space="0" w:color="auto"/>
                                                                                    <w:right w:val="none" w:sz="0" w:space="0" w:color="auto"/>
                                                                                  </w:divBdr>
                                                                                </w:div>
                                                                                <w:div w:id="965500481">
                                                                                  <w:marLeft w:val="105"/>
                                                                                  <w:marRight w:val="105"/>
                                                                                  <w:marTop w:val="90"/>
                                                                                  <w:marBottom w:val="150"/>
                                                                                  <w:divBdr>
                                                                                    <w:top w:val="none" w:sz="0" w:space="0" w:color="auto"/>
                                                                                    <w:left w:val="none" w:sz="0" w:space="0" w:color="auto"/>
                                                                                    <w:bottom w:val="none" w:sz="0" w:space="0" w:color="auto"/>
                                                                                    <w:right w:val="none" w:sz="0" w:space="0" w:color="auto"/>
                                                                                  </w:divBdr>
                                                                                </w:div>
                                                                                <w:div w:id="319844148">
                                                                                  <w:marLeft w:val="105"/>
                                                                                  <w:marRight w:val="105"/>
                                                                                  <w:marTop w:val="90"/>
                                                                                  <w:marBottom w:val="150"/>
                                                                                  <w:divBdr>
                                                                                    <w:top w:val="none" w:sz="0" w:space="0" w:color="auto"/>
                                                                                    <w:left w:val="none" w:sz="0" w:space="0" w:color="auto"/>
                                                                                    <w:bottom w:val="none" w:sz="0" w:space="0" w:color="auto"/>
                                                                                    <w:right w:val="none" w:sz="0" w:space="0" w:color="auto"/>
                                                                                  </w:divBdr>
                                                                                </w:div>
                                                                                <w:div w:id="881330276">
                                                                                  <w:marLeft w:val="105"/>
                                                                                  <w:marRight w:val="105"/>
                                                                                  <w:marTop w:val="90"/>
                                                                                  <w:marBottom w:val="150"/>
                                                                                  <w:divBdr>
                                                                                    <w:top w:val="none" w:sz="0" w:space="0" w:color="auto"/>
                                                                                    <w:left w:val="none" w:sz="0" w:space="0" w:color="auto"/>
                                                                                    <w:bottom w:val="none" w:sz="0" w:space="0" w:color="auto"/>
                                                                                    <w:right w:val="none" w:sz="0" w:space="0" w:color="auto"/>
                                                                                  </w:divBdr>
                                                                                </w:div>
                                                                                <w:div w:id="21145944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094552">
          <w:marLeft w:val="0"/>
          <w:marRight w:val="0"/>
          <w:marTop w:val="0"/>
          <w:marBottom w:val="0"/>
          <w:divBdr>
            <w:top w:val="none" w:sz="0" w:space="0" w:color="auto"/>
            <w:left w:val="none" w:sz="0" w:space="0" w:color="auto"/>
            <w:bottom w:val="none" w:sz="0" w:space="0" w:color="auto"/>
            <w:right w:val="none" w:sz="0" w:space="0" w:color="auto"/>
          </w:divBdr>
          <w:divsChild>
            <w:div w:id="725377680">
              <w:marLeft w:val="0"/>
              <w:marRight w:val="0"/>
              <w:marTop w:val="0"/>
              <w:marBottom w:val="0"/>
              <w:divBdr>
                <w:top w:val="none" w:sz="0" w:space="0" w:color="auto"/>
                <w:left w:val="none" w:sz="0" w:space="0" w:color="auto"/>
                <w:bottom w:val="none" w:sz="0" w:space="0" w:color="auto"/>
                <w:right w:val="none" w:sz="0" w:space="0" w:color="auto"/>
              </w:divBdr>
              <w:divsChild>
                <w:div w:id="7180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55014">
      <w:bodyDiv w:val="1"/>
      <w:marLeft w:val="0"/>
      <w:marRight w:val="0"/>
      <w:marTop w:val="0"/>
      <w:marBottom w:val="0"/>
      <w:divBdr>
        <w:top w:val="none" w:sz="0" w:space="0" w:color="auto"/>
        <w:left w:val="none" w:sz="0" w:space="0" w:color="auto"/>
        <w:bottom w:val="none" w:sz="0" w:space="0" w:color="auto"/>
        <w:right w:val="none" w:sz="0" w:space="0" w:color="auto"/>
      </w:divBdr>
      <w:divsChild>
        <w:div w:id="635067921">
          <w:marLeft w:val="0"/>
          <w:marRight w:val="0"/>
          <w:marTop w:val="0"/>
          <w:marBottom w:val="0"/>
          <w:divBdr>
            <w:top w:val="none" w:sz="0" w:space="0" w:color="auto"/>
            <w:left w:val="none" w:sz="0" w:space="0" w:color="auto"/>
            <w:bottom w:val="none" w:sz="0" w:space="0" w:color="auto"/>
            <w:right w:val="none" w:sz="0" w:space="0" w:color="auto"/>
          </w:divBdr>
          <w:divsChild>
            <w:div w:id="225386202">
              <w:marLeft w:val="0"/>
              <w:marRight w:val="0"/>
              <w:marTop w:val="0"/>
              <w:marBottom w:val="0"/>
              <w:divBdr>
                <w:top w:val="none" w:sz="0" w:space="0" w:color="auto"/>
                <w:left w:val="none" w:sz="0" w:space="0" w:color="auto"/>
                <w:bottom w:val="none" w:sz="0" w:space="0" w:color="auto"/>
                <w:right w:val="none" w:sz="0" w:space="0" w:color="auto"/>
              </w:divBdr>
              <w:divsChild>
                <w:div w:id="909074679">
                  <w:marLeft w:val="0"/>
                  <w:marRight w:val="0"/>
                  <w:marTop w:val="0"/>
                  <w:marBottom w:val="0"/>
                  <w:divBdr>
                    <w:top w:val="none" w:sz="0" w:space="0" w:color="auto"/>
                    <w:left w:val="none" w:sz="0" w:space="0" w:color="auto"/>
                    <w:bottom w:val="none" w:sz="0" w:space="0" w:color="auto"/>
                    <w:right w:val="none" w:sz="0" w:space="0" w:color="auto"/>
                  </w:divBdr>
                  <w:divsChild>
                    <w:div w:id="611472635">
                      <w:marLeft w:val="0"/>
                      <w:marRight w:val="-90"/>
                      <w:marTop w:val="0"/>
                      <w:marBottom w:val="0"/>
                      <w:divBdr>
                        <w:top w:val="none" w:sz="0" w:space="0" w:color="auto"/>
                        <w:left w:val="none" w:sz="0" w:space="0" w:color="auto"/>
                        <w:bottom w:val="none" w:sz="0" w:space="0" w:color="auto"/>
                        <w:right w:val="none" w:sz="0" w:space="0" w:color="auto"/>
                      </w:divBdr>
                      <w:divsChild>
                        <w:div w:id="1879269654">
                          <w:marLeft w:val="0"/>
                          <w:marRight w:val="0"/>
                          <w:marTop w:val="0"/>
                          <w:marBottom w:val="0"/>
                          <w:divBdr>
                            <w:top w:val="none" w:sz="0" w:space="0" w:color="auto"/>
                            <w:left w:val="none" w:sz="0" w:space="0" w:color="auto"/>
                            <w:bottom w:val="none" w:sz="0" w:space="0" w:color="auto"/>
                            <w:right w:val="none" w:sz="0" w:space="0" w:color="auto"/>
                          </w:divBdr>
                          <w:divsChild>
                            <w:div w:id="698745342">
                              <w:marLeft w:val="0"/>
                              <w:marRight w:val="0"/>
                              <w:marTop w:val="600"/>
                              <w:marBottom w:val="0"/>
                              <w:divBdr>
                                <w:top w:val="none" w:sz="0" w:space="0" w:color="auto"/>
                                <w:left w:val="none" w:sz="0" w:space="0" w:color="auto"/>
                                <w:bottom w:val="none" w:sz="0" w:space="0" w:color="auto"/>
                                <w:right w:val="none" w:sz="0" w:space="0" w:color="auto"/>
                              </w:divBdr>
                              <w:divsChild>
                                <w:div w:id="631012305">
                                  <w:marLeft w:val="0"/>
                                  <w:marRight w:val="0"/>
                                  <w:marTop w:val="0"/>
                                  <w:marBottom w:val="0"/>
                                  <w:divBdr>
                                    <w:top w:val="none" w:sz="0" w:space="0" w:color="auto"/>
                                    <w:left w:val="none" w:sz="0" w:space="0" w:color="auto"/>
                                    <w:bottom w:val="none" w:sz="0" w:space="0" w:color="auto"/>
                                    <w:right w:val="none" w:sz="0" w:space="0" w:color="auto"/>
                                  </w:divBdr>
                                  <w:divsChild>
                                    <w:div w:id="1874616541">
                                      <w:marLeft w:val="750"/>
                                      <w:marRight w:val="0"/>
                                      <w:marTop w:val="0"/>
                                      <w:marBottom w:val="0"/>
                                      <w:divBdr>
                                        <w:top w:val="none" w:sz="0" w:space="0" w:color="auto"/>
                                        <w:left w:val="none" w:sz="0" w:space="0" w:color="auto"/>
                                        <w:bottom w:val="none" w:sz="0" w:space="0" w:color="auto"/>
                                        <w:right w:val="none" w:sz="0" w:space="0" w:color="auto"/>
                                      </w:divBdr>
                                      <w:divsChild>
                                        <w:div w:id="1666589845">
                                          <w:marLeft w:val="0"/>
                                          <w:marRight w:val="0"/>
                                          <w:marTop w:val="0"/>
                                          <w:marBottom w:val="0"/>
                                          <w:divBdr>
                                            <w:top w:val="none" w:sz="0" w:space="0" w:color="auto"/>
                                            <w:left w:val="none" w:sz="0" w:space="0" w:color="auto"/>
                                            <w:bottom w:val="none" w:sz="0" w:space="0" w:color="auto"/>
                                            <w:right w:val="none" w:sz="0" w:space="0" w:color="auto"/>
                                          </w:divBdr>
                                          <w:divsChild>
                                            <w:div w:id="295917463">
                                              <w:marLeft w:val="0"/>
                                              <w:marRight w:val="0"/>
                                              <w:marTop w:val="0"/>
                                              <w:marBottom w:val="0"/>
                                              <w:divBdr>
                                                <w:top w:val="none" w:sz="0" w:space="0" w:color="auto"/>
                                                <w:left w:val="none" w:sz="0" w:space="0" w:color="auto"/>
                                                <w:bottom w:val="none" w:sz="0" w:space="0" w:color="auto"/>
                                                <w:right w:val="none" w:sz="0" w:space="0" w:color="auto"/>
                                              </w:divBdr>
                                              <w:divsChild>
                                                <w:div w:id="963923794">
                                                  <w:marLeft w:val="0"/>
                                                  <w:marRight w:val="0"/>
                                                  <w:marTop w:val="0"/>
                                                  <w:marBottom w:val="0"/>
                                                  <w:divBdr>
                                                    <w:top w:val="none" w:sz="0" w:space="0" w:color="auto"/>
                                                    <w:left w:val="none" w:sz="0" w:space="0" w:color="auto"/>
                                                    <w:bottom w:val="none" w:sz="0" w:space="0" w:color="auto"/>
                                                    <w:right w:val="none" w:sz="0" w:space="0" w:color="auto"/>
                                                  </w:divBdr>
                                                  <w:divsChild>
                                                    <w:div w:id="284890432">
                                                      <w:marLeft w:val="0"/>
                                                      <w:marRight w:val="0"/>
                                                      <w:marTop w:val="0"/>
                                                      <w:marBottom w:val="0"/>
                                                      <w:divBdr>
                                                        <w:top w:val="none" w:sz="0" w:space="0" w:color="auto"/>
                                                        <w:left w:val="none" w:sz="0" w:space="0" w:color="auto"/>
                                                        <w:bottom w:val="none" w:sz="0" w:space="0" w:color="auto"/>
                                                        <w:right w:val="none" w:sz="0" w:space="0" w:color="auto"/>
                                                      </w:divBdr>
                                                      <w:divsChild>
                                                        <w:div w:id="311176416">
                                                          <w:marLeft w:val="0"/>
                                                          <w:marRight w:val="0"/>
                                                          <w:marTop w:val="0"/>
                                                          <w:marBottom w:val="0"/>
                                                          <w:divBdr>
                                                            <w:top w:val="none" w:sz="0" w:space="0" w:color="auto"/>
                                                            <w:left w:val="none" w:sz="0" w:space="0" w:color="auto"/>
                                                            <w:bottom w:val="none" w:sz="0" w:space="0" w:color="auto"/>
                                                            <w:right w:val="none" w:sz="0" w:space="0" w:color="auto"/>
                                                          </w:divBdr>
                                                          <w:divsChild>
                                                            <w:div w:id="1726829034">
                                                              <w:marLeft w:val="0"/>
                                                              <w:marRight w:val="0"/>
                                                              <w:marTop w:val="0"/>
                                                              <w:marBottom w:val="0"/>
                                                              <w:divBdr>
                                                                <w:top w:val="none" w:sz="0" w:space="0" w:color="auto"/>
                                                                <w:left w:val="none" w:sz="0" w:space="0" w:color="auto"/>
                                                                <w:bottom w:val="none" w:sz="0" w:space="0" w:color="auto"/>
                                                                <w:right w:val="none" w:sz="0" w:space="0" w:color="auto"/>
                                                              </w:divBdr>
                                                              <w:divsChild>
                                                                <w:div w:id="692733361">
                                                                  <w:marLeft w:val="0"/>
                                                                  <w:marRight w:val="0"/>
                                                                  <w:marTop w:val="0"/>
                                                                  <w:marBottom w:val="0"/>
                                                                  <w:divBdr>
                                                                    <w:top w:val="none" w:sz="0" w:space="0" w:color="auto"/>
                                                                    <w:left w:val="none" w:sz="0" w:space="0" w:color="auto"/>
                                                                    <w:bottom w:val="none" w:sz="0" w:space="0" w:color="auto"/>
                                                                    <w:right w:val="none" w:sz="0" w:space="0" w:color="auto"/>
                                                                  </w:divBdr>
                                                                  <w:divsChild>
                                                                    <w:div w:id="1995986501">
                                                                      <w:marLeft w:val="0"/>
                                                                      <w:marRight w:val="0"/>
                                                                      <w:marTop w:val="0"/>
                                                                      <w:marBottom w:val="0"/>
                                                                      <w:divBdr>
                                                                        <w:top w:val="none" w:sz="0" w:space="0" w:color="auto"/>
                                                                        <w:left w:val="none" w:sz="0" w:space="0" w:color="auto"/>
                                                                        <w:bottom w:val="none" w:sz="0" w:space="0" w:color="auto"/>
                                                                        <w:right w:val="none" w:sz="0" w:space="0" w:color="auto"/>
                                                                      </w:divBdr>
                                                                      <w:divsChild>
                                                                        <w:div w:id="1840726454">
                                                                          <w:marLeft w:val="0"/>
                                                                          <w:marRight w:val="0"/>
                                                                          <w:marTop w:val="0"/>
                                                                          <w:marBottom w:val="0"/>
                                                                          <w:divBdr>
                                                                            <w:top w:val="none" w:sz="0" w:space="0" w:color="auto"/>
                                                                            <w:left w:val="none" w:sz="0" w:space="0" w:color="auto"/>
                                                                            <w:bottom w:val="none" w:sz="0" w:space="0" w:color="auto"/>
                                                                            <w:right w:val="none" w:sz="0" w:space="0" w:color="auto"/>
                                                                          </w:divBdr>
                                                                          <w:divsChild>
                                                                            <w:div w:id="10082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11223">
                                                                  <w:marLeft w:val="0"/>
                                                                  <w:marRight w:val="0"/>
                                                                  <w:marTop w:val="60"/>
                                                                  <w:marBottom w:val="0"/>
                                                                  <w:divBdr>
                                                                    <w:top w:val="none" w:sz="0" w:space="0" w:color="auto"/>
                                                                    <w:left w:val="none" w:sz="0" w:space="0" w:color="auto"/>
                                                                    <w:bottom w:val="none" w:sz="0" w:space="0" w:color="auto"/>
                                                                    <w:right w:val="none" w:sz="0" w:space="0" w:color="auto"/>
                                                                  </w:divBdr>
                                                                </w:div>
                                                                <w:div w:id="809203916">
                                                                  <w:marLeft w:val="0"/>
                                                                  <w:marRight w:val="0"/>
                                                                  <w:marTop w:val="0"/>
                                                                  <w:marBottom w:val="0"/>
                                                                  <w:divBdr>
                                                                    <w:top w:val="none" w:sz="0" w:space="0" w:color="auto"/>
                                                                    <w:left w:val="none" w:sz="0" w:space="0" w:color="auto"/>
                                                                    <w:bottom w:val="none" w:sz="0" w:space="0" w:color="auto"/>
                                                                    <w:right w:val="none" w:sz="0" w:space="0" w:color="auto"/>
                                                                  </w:divBdr>
                                                                  <w:divsChild>
                                                                    <w:div w:id="1476028869">
                                                                      <w:marLeft w:val="0"/>
                                                                      <w:marRight w:val="60"/>
                                                                      <w:marTop w:val="0"/>
                                                                      <w:marBottom w:val="0"/>
                                                                      <w:divBdr>
                                                                        <w:top w:val="none" w:sz="0" w:space="0" w:color="auto"/>
                                                                        <w:left w:val="none" w:sz="0" w:space="0" w:color="auto"/>
                                                                        <w:bottom w:val="none" w:sz="0" w:space="0" w:color="auto"/>
                                                                        <w:right w:val="none" w:sz="0" w:space="0" w:color="auto"/>
                                                                      </w:divBdr>
                                                                      <w:divsChild>
                                                                        <w:div w:id="955520611">
                                                                          <w:marLeft w:val="0"/>
                                                                          <w:marRight w:val="0"/>
                                                                          <w:marTop w:val="100"/>
                                                                          <w:marBottom w:val="100"/>
                                                                          <w:divBdr>
                                                                            <w:top w:val="none" w:sz="0" w:space="0" w:color="auto"/>
                                                                            <w:left w:val="none" w:sz="0" w:space="0" w:color="auto"/>
                                                                            <w:bottom w:val="none" w:sz="0" w:space="0" w:color="auto"/>
                                                                            <w:right w:val="none" w:sz="0" w:space="0" w:color="auto"/>
                                                                          </w:divBdr>
                                                                          <w:divsChild>
                                                                            <w:div w:id="465703542">
                                                                              <w:marLeft w:val="0"/>
                                                                              <w:marRight w:val="0"/>
                                                                              <w:marTop w:val="0"/>
                                                                              <w:marBottom w:val="0"/>
                                                                              <w:divBdr>
                                                                                <w:top w:val="none" w:sz="0" w:space="0" w:color="auto"/>
                                                                                <w:left w:val="none" w:sz="0" w:space="0" w:color="auto"/>
                                                                                <w:bottom w:val="none" w:sz="0" w:space="0" w:color="auto"/>
                                                                                <w:right w:val="none" w:sz="0" w:space="0" w:color="auto"/>
                                                                              </w:divBdr>
                                                                            </w:div>
                                                                          </w:divsChild>
                                                                        </w:div>
                                                                        <w:div w:id="1584072730">
                                                                          <w:marLeft w:val="60"/>
                                                                          <w:marRight w:val="0"/>
                                                                          <w:marTop w:val="0"/>
                                                                          <w:marBottom w:val="30"/>
                                                                          <w:divBdr>
                                                                            <w:top w:val="none" w:sz="0" w:space="0" w:color="auto"/>
                                                                            <w:left w:val="none" w:sz="0" w:space="0" w:color="auto"/>
                                                                            <w:bottom w:val="none" w:sz="0" w:space="0" w:color="auto"/>
                                                                            <w:right w:val="none" w:sz="0" w:space="0" w:color="auto"/>
                                                                          </w:divBdr>
                                                                        </w:div>
                                                                      </w:divsChild>
                                                                    </w:div>
                                                                    <w:div w:id="1199587123">
                                                                      <w:marLeft w:val="0"/>
                                                                      <w:marRight w:val="0"/>
                                                                      <w:marTop w:val="0"/>
                                                                      <w:marBottom w:val="0"/>
                                                                      <w:divBdr>
                                                                        <w:top w:val="none" w:sz="0" w:space="0" w:color="auto"/>
                                                                        <w:left w:val="none" w:sz="0" w:space="0" w:color="auto"/>
                                                                        <w:bottom w:val="none" w:sz="0" w:space="0" w:color="auto"/>
                                                                        <w:right w:val="none" w:sz="0" w:space="0" w:color="auto"/>
                                                                      </w:divBdr>
                                                                      <w:divsChild>
                                                                        <w:div w:id="1022323671">
                                                                          <w:marLeft w:val="0"/>
                                                                          <w:marRight w:val="0"/>
                                                                          <w:marTop w:val="0"/>
                                                                          <w:marBottom w:val="0"/>
                                                                          <w:divBdr>
                                                                            <w:top w:val="none" w:sz="0" w:space="0" w:color="auto"/>
                                                                            <w:left w:val="none" w:sz="0" w:space="0" w:color="auto"/>
                                                                            <w:bottom w:val="none" w:sz="0" w:space="0" w:color="auto"/>
                                                                            <w:right w:val="none" w:sz="0" w:space="0" w:color="auto"/>
                                                                          </w:divBdr>
                                                                          <w:divsChild>
                                                                            <w:div w:id="260376962">
                                                                              <w:marLeft w:val="0"/>
                                                                              <w:marRight w:val="0"/>
                                                                              <w:marTop w:val="0"/>
                                                                              <w:marBottom w:val="0"/>
                                                                              <w:divBdr>
                                                                                <w:top w:val="none" w:sz="0" w:space="0" w:color="auto"/>
                                                                                <w:left w:val="none" w:sz="0" w:space="0" w:color="auto"/>
                                                                                <w:bottom w:val="none" w:sz="0" w:space="0" w:color="auto"/>
                                                                                <w:right w:val="none" w:sz="0" w:space="0" w:color="auto"/>
                                                                              </w:divBdr>
                                                                              <w:divsChild>
                                                                                <w:div w:id="1076051680">
                                                                                  <w:marLeft w:val="105"/>
                                                                                  <w:marRight w:val="105"/>
                                                                                  <w:marTop w:val="90"/>
                                                                                  <w:marBottom w:val="150"/>
                                                                                  <w:divBdr>
                                                                                    <w:top w:val="none" w:sz="0" w:space="0" w:color="auto"/>
                                                                                    <w:left w:val="none" w:sz="0" w:space="0" w:color="auto"/>
                                                                                    <w:bottom w:val="none" w:sz="0" w:space="0" w:color="auto"/>
                                                                                    <w:right w:val="none" w:sz="0" w:space="0" w:color="auto"/>
                                                                                  </w:divBdr>
                                                                                </w:div>
                                                                                <w:div w:id="855460864">
                                                                                  <w:marLeft w:val="105"/>
                                                                                  <w:marRight w:val="105"/>
                                                                                  <w:marTop w:val="90"/>
                                                                                  <w:marBottom w:val="150"/>
                                                                                  <w:divBdr>
                                                                                    <w:top w:val="none" w:sz="0" w:space="0" w:color="auto"/>
                                                                                    <w:left w:val="none" w:sz="0" w:space="0" w:color="auto"/>
                                                                                    <w:bottom w:val="none" w:sz="0" w:space="0" w:color="auto"/>
                                                                                    <w:right w:val="none" w:sz="0" w:space="0" w:color="auto"/>
                                                                                  </w:divBdr>
                                                                                </w:div>
                                                                                <w:div w:id="931940157">
                                                                                  <w:marLeft w:val="105"/>
                                                                                  <w:marRight w:val="105"/>
                                                                                  <w:marTop w:val="90"/>
                                                                                  <w:marBottom w:val="150"/>
                                                                                  <w:divBdr>
                                                                                    <w:top w:val="none" w:sz="0" w:space="0" w:color="auto"/>
                                                                                    <w:left w:val="none" w:sz="0" w:space="0" w:color="auto"/>
                                                                                    <w:bottom w:val="none" w:sz="0" w:space="0" w:color="auto"/>
                                                                                    <w:right w:val="none" w:sz="0" w:space="0" w:color="auto"/>
                                                                                  </w:divBdr>
                                                                                </w:div>
                                                                                <w:div w:id="150215042">
                                                                                  <w:marLeft w:val="105"/>
                                                                                  <w:marRight w:val="105"/>
                                                                                  <w:marTop w:val="90"/>
                                                                                  <w:marBottom w:val="150"/>
                                                                                  <w:divBdr>
                                                                                    <w:top w:val="none" w:sz="0" w:space="0" w:color="auto"/>
                                                                                    <w:left w:val="none" w:sz="0" w:space="0" w:color="auto"/>
                                                                                    <w:bottom w:val="none" w:sz="0" w:space="0" w:color="auto"/>
                                                                                    <w:right w:val="none" w:sz="0" w:space="0" w:color="auto"/>
                                                                                  </w:divBdr>
                                                                                </w:div>
                                                                                <w:div w:id="643437535">
                                                                                  <w:marLeft w:val="105"/>
                                                                                  <w:marRight w:val="105"/>
                                                                                  <w:marTop w:val="90"/>
                                                                                  <w:marBottom w:val="150"/>
                                                                                  <w:divBdr>
                                                                                    <w:top w:val="none" w:sz="0" w:space="0" w:color="auto"/>
                                                                                    <w:left w:val="none" w:sz="0" w:space="0" w:color="auto"/>
                                                                                    <w:bottom w:val="none" w:sz="0" w:space="0" w:color="auto"/>
                                                                                    <w:right w:val="none" w:sz="0" w:space="0" w:color="auto"/>
                                                                                  </w:divBdr>
                                                                                </w:div>
                                                                                <w:div w:id="15193887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8391772">
          <w:marLeft w:val="0"/>
          <w:marRight w:val="0"/>
          <w:marTop w:val="0"/>
          <w:marBottom w:val="0"/>
          <w:divBdr>
            <w:top w:val="none" w:sz="0" w:space="0" w:color="auto"/>
            <w:left w:val="none" w:sz="0" w:space="0" w:color="auto"/>
            <w:bottom w:val="none" w:sz="0" w:space="0" w:color="auto"/>
            <w:right w:val="none" w:sz="0" w:space="0" w:color="auto"/>
          </w:divBdr>
          <w:divsChild>
            <w:div w:id="450708219">
              <w:marLeft w:val="0"/>
              <w:marRight w:val="0"/>
              <w:marTop w:val="0"/>
              <w:marBottom w:val="0"/>
              <w:divBdr>
                <w:top w:val="none" w:sz="0" w:space="0" w:color="auto"/>
                <w:left w:val="none" w:sz="0" w:space="0" w:color="auto"/>
                <w:bottom w:val="none" w:sz="0" w:space="0" w:color="auto"/>
                <w:right w:val="none" w:sz="0" w:space="0" w:color="auto"/>
              </w:divBdr>
              <w:divsChild>
                <w:div w:id="99294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A5F41-A886-4CA7-A54A-0C3D6ABA7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FCF-HN</cp:lastModifiedBy>
  <cp:revision>3</cp:revision>
  <dcterms:created xsi:type="dcterms:W3CDTF">2026-07-24T00:03:00Z</dcterms:created>
  <dcterms:modified xsi:type="dcterms:W3CDTF">2026-08-08T04:09:00Z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82779548-a2dd-4272-a68c-82f88182069e</vt:lpwstr>
  </property>
</Properties>
</file>